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AE82" w14:textId="31621B9C" w:rsidR="00632FFC" w:rsidRDefault="00E137F4">
      <w:pPr>
        <w:pStyle w:val="Heading1"/>
      </w:pPr>
      <w:r>
        <w:rPr>
          <w:noProof/>
          <w:sz w:val="20"/>
          <w:lang w:val="fr-BE" w:eastAsia="fr-BE"/>
        </w:rPr>
        <w:drawing>
          <wp:anchor distT="0" distB="0" distL="114300" distR="114300" simplePos="0" relativeHeight="251659264" behindDoc="0" locked="0" layoutInCell="0" allowOverlap="1" wp14:anchorId="1BC9F2E3" wp14:editId="1E925903">
            <wp:simplePos x="0" y="0"/>
            <wp:positionH relativeFrom="column">
              <wp:posOffset>-810507</wp:posOffset>
            </wp:positionH>
            <wp:positionV relativeFrom="paragraph">
              <wp:posOffset>256456</wp:posOffset>
            </wp:positionV>
            <wp:extent cx="670560" cy="1879600"/>
            <wp:effectExtent l="0" t="0" r="2540" b="0"/>
            <wp:wrapSquare wrapText="bothSides"/>
            <wp:docPr id="1" name="Picture 1" descr="brev-huv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v-huvu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0560" cy="1879600"/>
                    </a:xfrm>
                    <a:prstGeom prst="rect">
                      <a:avLst/>
                    </a:prstGeom>
                    <a:noFill/>
                  </pic:spPr>
                </pic:pic>
              </a:graphicData>
            </a:graphic>
            <wp14:sizeRelH relativeFrom="page">
              <wp14:pctWidth>0</wp14:pctWidth>
            </wp14:sizeRelH>
            <wp14:sizeRelV relativeFrom="page">
              <wp14:pctHeight>0</wp14:pctHeight>
            </wp14:sizeRelV>
          </wp:anchor>
        </w:drawing>
      </w:r>
      <w:r w:rsidR="00000000">
        <w:t>ESPEN Broaden Your Horizons Grant 2026 – Application Structure</w:t>
      </w:r>
    </w:p>
    <w:p w14:paraId="5C747F86" w14:textId="77777777" w:rsidR="00632FFC" w:rsidRDefault="00000000">
      <w:r>
        <w:t>Submission deadline: 17 April 2026</w:t>
      </w:r>
      <w:r>
        <w:br/>
      </w:r>
      <w:r>
        <w:br/>
        <w:t>The completed and signed application must be submitted as one single PDF file by email to Scientific.Committee@espen.org with the subject line: ‘ESPEN Broaden Your Horizons Grant 2026 Application’. Late submissions will not be considered.</w:t>
      </w:r>
    </w:p>
    <w:p w14:paraId="1BAC1322" w14:textId="77777777" w:rsidR="00CA78D2" w:rsidRPr="00CA78D2" w:rsidRDefault="00CA78D2" w:rsidP="00CA78D2">
      <w:pPr>
        <w:rPr>
          <w:b/>
          <w:bCs/>
        </w:rPr>
      </w:pPr>
      <w:r w:rsidRPr="00CA78D2">
        <w:rPr>
          <w:b/>
          <w:bCs/>
        </w:rPr>
        <w:t>Scope and Eligibility Criteria</w:t>
      </w:r>
    </w:p>
    <w:p w14:paraId="3366D24C" w14:textId="0A9227B8" w:rsidR="00CA78D2" w:rsidRPr="00CA78D2" w:rsidRDefault="00CA78D2" w:rsidP="00CA78D2">
      <w:r w:rsidRPr="00CA78D2">
        <w:t>ESPEN aims to stimulate and facilitate innovative research across all aspects of nutrition and metabolism. The acquisition of novel methods and techniques, as well as the strengthening of scientific collaboration, are key determinants of success in nutrition research. To this end, ESPEN will award </w:t>
      </w:r>
      <w:r w:rsidRPr="00CA78D2">
        <w:rPr>
          <w:b/>
          <w:bCs/>
        </w:rPr>
        <w:t>five grants of up to €10,000</w:t>
      </w:r>
      <w:r w:rsidRPr="00CA78D2">
        <w:t> to support eligible initiatives focused on the </w:t>
      </w:r>
      <w:r w:rsidRPr="00CA78D2">
        <w:rPr>
          <w:b/>
          <w:bCs/>
        </w:rPr>
        <w:t>exchange of scientific and/or technical knowledge</w:t>
      </w:r>
      <w:r w:rsidRPr="00CA78D2">
        <w:t>.</w:t>
      </w:r>
    </w:p>
    <w:p w14:paraId="0A9E8A60" w14:textId="77777777" w:rsidR="00CA78D2" w:rsidRPr="00CA78D2" w:rsidRDefault="00CA78D2" w:rsidP="00CA78D2">
      <w:r w:rsidRPr="00CA78D2">
        <w:t>Eligibility and conditions are as follows:</w:t>
      </w:r>
    </w:p>
    <w:p w14:paraId="7F2F3367" w14:textId="77777777" w:rsidR="00CA78D2" w:rsidRPr="00CA78D2" w:rsidRDefault="00CA78D2" w:rsidP="00CA78D2">
      <w:pPr>
        <w:numPr>
          <w:ilvl w:val="0"/>
          <w:numId w:val="10"/>
        </w:numPr>
      </w:pPr>
      <w:r w:rsidRPr="00CA78D2">
        <w:rPr>
          <w:b/>
          <w:bCs/>
        </w:rPr>
        <w:t>ESPEN membership is mandatory</w:t>
      </w:r>
      <w:r w:rsidRPr="00CA78D2">
        <w:t> for both the applicant and the principal investigator at the host institution.</w:t>
      </w:r>
    </w:p>
    <w:p w14:paraId="50D3EEE7" w14:textId="77777777" w:rsidR="00CA78D2" w:rsidRPr="00CA78D2" w:rsidRDefault="00CA78D2" w:rsidP="00CA78D2">
      <w:pPr>
        <w:numPr>
          <w:ilvl w:val="0"/>
          <w:numId w:val="10"/>
        </w:numPr>
      </w:pPr>
      <w:r w:rsidRPr="00CA78D2">
        <w:t>Funding is intended to support the </w:t>
      </w:r>
      <w:r w:rsidRPr="00CA78D2">
        <w:rPr>
          <w:b/>
          <w:bCs/>
        </w:rPr>
        <w:t>acquisition of novel research methods, techniques, or data-analysis approaches</w:t>
      </w:r>
      <w:r w:rsidRPr="00CA78D2">
        <w:t> at a department or laboratory </w:t>
      </w:r>
      <w:r w:rsidRPr="00CA78D2">
        <w:rPr>
          <w:b/>
          <w:bCs/>
        </w:rPr>
        <w:t>external to the applicant’s own institution</w:t>
      </w:r>
      <w:r w:rsidRPr="00CA78D2">
        <w:t>.</w:t>
      </w:r>
    </w:p>
    <w:p w14:paraId="6D80F0C0" w14:textId="77777777" w:rsidR="00CA78D2" w:rsidRPr="00CA78D2" w:rsidRDefault="00CA78D2" w:rsidP="00CA78D2">
      <w:pPr>
        <w:numPr>
          <w:ilvl w:val="0"/>
          <w:numId w:val="10"/>
        </w:numPr>
      </w:pPr>
      <w:r w:rsidRPr="00CA78D2">
        <w:t>The proposed method, technique, or analytical approach must be </w:t>
      </w:r>
      <w:r w:rsidRPr="00CA78D2">
        <w:rPr>
          <w:b/>
          <w:bCs/>
        </w:rPr>
        <w:t>fully established and available at the host institution</w:t>
      </w:r>
      <w:r w:rsidRPr="00CA78D2">
        <w:t>, ensuring effective knowledge transfer.</w:t>
      </w:r>
    </w:p>
    <w:p w14:paraId="06A0F7FB" w14:textId="77777777" w:rsidR="00CA78D2" w:rsidRPr="00CA78D2" w:rsidRDefault="00CA78D2" w:rsidP="00CA78D2">
      <w:pPr>
        <w:numPr>
          <w:ilvl w:val="0"/>
          <w:numId w:val="10"/>
        </w:numPr>
      </w:pPr>
      <w:r w:rsidRPr="00CA78D2">
        <w:rPr>
          <w:b/>
          <w:bCs/>
        </w:rPr>
        <w:t>Only one application per department</w:t>
      </w:r>
      <w:r w:rsidRPr="00CA78D2">
        <w:t> may be submitted.</w:t>
      </w:r>
    </w:p>
    <w:p w14:paraId="6855FFD2" w14:textId="77777777" w:rsidR="00CA78D2" w:rsidRPr="00CA78D2" w:rsidRDefault="00CA78D2" w:rsidP="00CA78D2">
      <w:pPr>
        <w:numPr>
          <w:ilvl w:val="0"/>
          <w:numId w:val="10"/>
        </w:numPr>
      </w:pPr>
      <w:r w:rsidRPr="00CA78D2">
        <w:t>A maximum of </w:t>
      </w:r>
      <w:r w:rsidRPr="00CA78D2">
        <w:rPr>
          <w:b/>
          <w:bCs/>
        </w:rPr>
        <w:t>two grantees per host institution</w:t>
      </w:r>
      <w:r w:rsidRPr="00CA78D2">
        <w:t> will be supported under this call.</w:t>
      </w:r>
    </w:p>
    <w:p w14:paraId="4643F880" w14:textId="77777777" w:rsidR="00CA78D2" w:rsidRPr="00CA78D2" w:rsidRDefault="00CA78D2" w:rsidP="00CA78D2">
      <w:pPr>
        <w:numPr>
          <w:ilvl w:val="0"/>
          <w:numId w:val="10"/>
        </w:numPr>
      </w:pPr>
      <w:r w:rsidRPr="00CA78D2">
        <w:t>The research visit to the host institution must take place </w:t>
      </w:r>
      <w:r w:rsidRPr="00CA78D2">
        <w:rPr>
          <w:b/>
          <w:bCs/>
        </w:rPr>
        <w:t>within one year</w:t>
      </w:r>
      <w:r w:rsidRPr="00CA78D2">
        <w:t> of receipt of the grant.</w:t>
      </w:r>
    </w:p>
    <w:p w14:paraId="38A11ED7" w14:textId="77777777" w:rsidR="00CA78D2" w:rsidRPr="00CA78D2" w:rsidRDefault="00CA78D2" w:rsidP="00CA78D2">
      <w:pPr>
        <w:numPr>
          <w:ilvl w:val="0"/>
          <w:numId w:val="10"/>
        </w:numPr>
      </w:pPr>
      <w:r w:rsidRPr="00CA78D2">
        <w:t>A </w:t>
      </w:r>
      <w:r w:rsidRPr="00CA78D2">
        <w:rPr>
          <w:b/>
          <w:bCs/>
        </w:rPr>
        <w:t>summary report</w:t>
      </w:r>
      <w:r w:rsidRPr="00CA78D2">
        <w:t> describing the activities performed and knowledge acquired must be submitted to the ESPEN Scientific Committee </w:t>
      </w:r>
      <w:r w:rsidRPr="00CA78D2">
        <w:rPr>
          <w:b/>
          <w:bCs/>
        </w:rPr>
        <w:t>within three months</w:t>
      </w:r>
      <w:r w:rsidRPr="00CA78D2">
        <w:t> following completion of the research visit.</w:t>
      </w:r>
    </w:p>
    <w:p w14:paraId="42BF063A" w14:textId="77777777" w:rsidR="00CA78D2" w:rsidRDefault="00CA78D2"/>
    <w:p w14:paraId="7C4D30C3" w14:textId="77777777" w:rsidR="00632FFC" w:rsidRDefault="00000000">
      <w:pPr>
        <w:pStyle w:val="Heading2"/>
      </w:pPr>
      <w:r>
        <w:t>1. Applicant Information</w:t>
      </w:r>
    </w:p>
    <w:p w14:paraId="3854970F" w14:textId="77777777" w:rsidR="00632FFC" w:rsidRDefault="00000000">
      <w:r>
        <w:t>Name of applicant:</w:t>
      </w:r>
      <w:r>
        <w:br/>
        <w:t>Country of citizenship:</w:t>
      </w:r>
      <w:r>
        <w:br/>
        <w:t>Country of residence:</w:t>
      </w:r>
      <w:r>
        <w:br/>
        <w:t>Current position and institution:</w:t>
      </w:r>
      <w:r>
        <w:br/>
      </w:r>
      <w:r>
        <w:lastRenderedPageBreak/>
        <w:t>Address:</w:t>
      </w:r>
      <w:r>
        <w:br/>
        <w:t>Telephone number (including country code):</w:t>
      </w:r>
      <w:r>
        <w:br/>
        <w:t>Email address:</w:t>
      </w:r>
      <w:r>
        <w:br/>
        <w:t>ORCID / Google Scholar link:</w:t>
      </w:r>
      <w:r>
        <w:br/>
        <w:t>ESPEN Membership username (Applicant):</w:t>
      </w:r>
      <w:r>
        <w:br/>
        <w:t>ESPEN Membership username (Host Supervisor):</w:t>
      </w:r>
    </w:p>
    <w:p w14:paraId="2033FBC9" w14:textId="77777777" w:rsidR="00632FFC" w:rsidRDefault="00000000">
      <w:pPr>
        <w:pStyle w:val="Heading2"/>
      </w:pPr>
      <w:r>
        <w:t>2. Education</w:t>
      </w:r>
    </w:p>
    <w:p w14:paraId="054EFFA0" w14:textId="77777777" w:rsidR="00632FFC" w:rsidRDefault="00000000">
      <w:r>
        <w:t>List degrees in reverse chronological order (year, degree, institution, country).</w:t>
      </w:r>
    </w:p>
    <w:p w14:paraId="42B15A0B" w14:textId="77777777" w:rsidR="00632FFC" w:rsidRDefault="00000000">
      <w:pPr>
        <w:pStyle w:val="Heading2"/>
      </w:pPr>
      <w:r>
        <w:t>3. Career / Academic Appointments</w:t>
      </w:r>
    </w:p>
    <w:p w14:paraId="28D82553" w14:textId="77777777" w:rsidR="00632FFC" w:rsidRDefault="00000000">
      <w:r>
        <w:t>List positions in reverse chronological order (position, institution, dates).</w:t>
      </w:r>
    </w:p>
    <w:p w14:paraId="071CA604" w14:textId="77777777" w:rsidR="00632FFC" w:rsidRDefault="00000000">
      <w:pPr>
        <w:pStyle w:val="Heading2"/>
      </w:pPr>
      <w:r>
        <w:t>4. Awards</w:t>
      </w:r>
    </w:p>
    <w:p w14:paraId="71199827" w14:textId="77777777" w:rsidR="00632FFC" w:rsidRDefault="00000000">
      <w:r>
        <w:t>List relevant awards.</w:t>
      </w:r>
    </w:p>
    <w:p w14:paraId="7DEF12EA" w14:textId="77777777" w:rsidR="00632FFC" w:rsidRDefault="00000000">
      <w:pPr>
        <w:pStyle w:val="Heading2"/>
      </w:pPr>
      <w:r>
        <w:t>5. Publications</w:t>
      </w:r>
    </w:p>
    <w:p w14:paraId="57B599DC" w14:textId="77777777" w:rsidR="00632FFC" w:rsidRDefault="00000000">
      <w:r>
        <w:t>List peer-reviewed publications from the last 5 years (include DOI).</w:t>
      </w:r>
    </w:p>
    <w:p w14:paraId="6CDC7AB0" w14:textId="77777777" w:rsidR="00632FFC" w:rsidRDefault="00000000">
      <w:pPr>
        <w:pStyle w:val="Heading2"/>
      </w:pPr>
      <w:r>
        <w:t>6. Host Institution and Environment</w:t>
      </w:r>
    </w:p>
    <w:p w14:paraId="615BB61C" w14:textId="77777777" w:rsidR="00632FFC" w:rsidRDefault="00000000">
      <w:r>
        <w:t>Host supervisor / principal investigator:</w:t>
      </w:r>
      <w:r>
        <w:br/>
        <w:t>Position and institution:</w:t>
      </w:r>
      <w:r>
        <w:br/>
        <w:t>Email address:</w:t>
      </w:r>
      <w:r>
        <w:br/>
      </w:r>
      <w:r>
        <w:br/>
        <w:t>Describe the expertise, methods, and facilities available at the host institution that are relevant to the proposed visit.</w:t>
      </w:r>
      <w:r>
        <w:br/>
      </w:r>
      <w:r>
        <w:br/>
        <w:t>Provide a list of five peer-reviewed publications related to the proposed methods, with a brief description of relevance (maximum 5 sentences total).</w:t>
      </w:r>
    </w:p>
    <w:p w14:paraId="166639E6" w14:textId="77777777" w:rsidR="00632FFC" w:rsidRDefault="00000000">
      <w:pPr>
        <w:pStyle w:val="Heading2"/>
      </w:pPr>
      <w:r>
        <w:t>7. Description of the Grant Proposal</w:t>
      </w:r>
    </w:p>
    <w:p w14:paraId="6AC7EB58" w14:textId="77777777" w:rsidR="00632FFC" w:rsidRDefault="00000000">
      <w:r>
        <w:t>Maximum length: 2 pages (excluding references), Arial font 11.</w:t>
      </w:r>
      <w:r>
        <w:br/>
      </w:r>
      <w:r>
        <w:br/>
        <w:t>Relevance:</w:t>
      </w:r>
      <w:r>
        <w:br/>
        <w:t>Describe how the acquired knowledge, skills, or methods will contribute to innovative research or new collaborations in nutrition and metabolism.</w:t>
      </w:r>
      <w:r>
        <w:br/>
      </w:r>
      <w:r>
        <w:br/>
        <w:t>Aims:</w:t>
      </w:r>
      <w:r>
        <w:br/>
        <w:t>Describe the method(s), technique(s), or novel data-analysis approach to be acquired, framed in the context of the applicant’s current or future research.</w:t>
      </w:r>
      <w:r>
        <w:br/>
      </w:r>
      <w:r>
        <w:br/>
        <w:t>Implementation:</w:t>
      </w:r>
      <w:r>
        <w:br/>
        <w:t>Describe how the acquired knowledge and skills will be applied after the visit and integrated into the applicant’s home institution’s research environment.</w:t>
      </w:r>
    </w:p>
    <w:p w14:paraId="129C710E" w14:textId="77777777" w:rsidR="00632FFC" w:rsidRDefault="00000000">
      <w:pPr>
        <w:pStyle w:val="Heading2"/>
      </w:pPr>
      <w:r>
        <w:lastRenderedPageBreak/>
        <w:t>8. Budget (Euros)</w:t>
      </w:r>
    </w:p>
    <w:p w14:paraId="16A9D0B9" w14:textId="77777777" w:rsidR="00632FFC" w:rsidRDefault="00000000">
      <w:r>
        <w:t>Maximum award: €10,000</w:t>
      </w:r>
      <w:r>
        <w:br/>
      </w:r>
      <w:r>
        <w:br/>
        <w:t>Allowable costs (applicant only):</w:t>
      </w:r>
      <w:r>
        <w:br/>
        <w:t>Travel:</w:t>
      </w:r>
      <w:r>
        <w:br/>
        <w:t>Accommodation:</w:t>
      </w:r>
      <w:r>
        <w:br/>
        <w:t>Total:</w:t>
      </w:r>
    </w:p>
    <w:p w14:paraId="0BB90A40" w14:textId="77777777" w:rsidR="00632FFC" w:rsidRDefault="00000000">
      <w:pPr>
        <w:pStyle w:val="Heading2"/>
      </w:pPr>
      <w:r>
        <w:t>9. Declarations and Signatures</w:t>
      </w:r>
    </w:p>
    <w:p w14:paraId="54CADFD6" w14:textId="77777777" w:rsidR="00632FFC" w:rsidRDefault="00000000">
      <w:r>
        <w:t>Applicant Declaration</w:t>
      </w:r>
      <w:r>
        <w:br/>
        <w:t>I confirm that I will visit the host institution within one year after receiving the grant and that I will submit a summary report within three months after completion of the visit.</w:t>
      </w:r>
      <w:r>
        <w:br/>
      </w:r>
      <w:r>
        <w:br/>
        <w:t>Name:</w:t>
      </w:r>
      <w:r>
        <w:br/>
        <w:t>Date:</w:t>
      </w:r>
      <w:r>
        <w:br/>
        <w:t>Signature:</w:t>
      </w:r>
      <w:r>
        <w:br/>
      </w:r>
      <w:r>
        <w:br/>
        <w:t>Head of Department (Applicant’s Institution)</w:t>
      </w:r>
      <w:r>
        <w:br/>
        <w:t>I confirm that the applicant has permission to visit the host institution.</w:t>
      </w:r>
      <w:r>
        <w:br/>
      </w:r>
      <w:r>
        <w:br/>
        <w:t>Name:</w:t>
      </w:r>
      <w:r>
        <w:br/>
        <w:t>Position:</w:t>
      </w:r>
      <w:r>
        <w:br/>
        <w:t>Institution:</w:t>
      </w:r>
      <w:r>
        <w:br/>
        <w:t>Date and signature:</w:t>
      </w:r>
      <w:r>
        <w:br/>
      </w:r>
      <w:r>
        <w:br/>
        <w:t>Host Principal Investigator Declaration</w:t>
      </w:r>
      <w:r>
        <w:br/>
        <w:t>I confirm that I am an expert in the methods described and that the applicant can acquire the proposed skills at my institution.</w:t>
      </w:r>
      <w:r>
        <w:br/>
      </w:r>
      <w:r>
        <w:br/>
        <w:t>Name:</w:t>
      </w:r>
      <w:r>
        <w:br/>
        <w:t>Position:</w:t>
      </w:r>
      <w:r>
        <w:br/>
        <w:t>Institution:</w:t>
      </w:r>
      <w:r>
        <w:br/>
        <w:t>Date and signature:</w:t>
      </w:r>
    </w:p>
    <w:sectPr w:rsidR="00632FF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2674FC"/>
    <w:multiLevelType w:val="multilevel"/>
    <w:tmpl w:val="66786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8745551">
    <w:abstractNumId w:val="8"/>
  </w:num>
  <w:num w:numId="2" w16cid:durableId="1065497211">
    <w:abstractNumId w:val="6"/>
  </w:num>
  <w:num w:numId="3" w16cid:durableId="475101142">
    <w:abstractNumId w:val="5"/>
  </w:num>
  <w:num w:numId="4" w16cid:durableId="1979996344">
    <w:abstractNumId w:val="4"/>
  </w:num>
  <w:num w:numId="5" w16cid:durableId="38019057">
    <w:abstractNumId w:val="7"/>
  </w:num>
  <w:num w:numId="6" w16cid:durableId="375861838">
    <w:abstractNumId w:val="3"/>
  </w:num>
  <w:num w:numId="7" w16cid:durableId="1755320725">
    <w:abstractNumId w:val="2"/>
  </w:num>
  <w:num w:numId="8" w16cid:durableId="306788053">
    <w:abstractNumId w:val="1"/>
  </w:num>
  <w:num w:numId="9" w16cid:durableId="1184975202">
    <w:abstractNumId w:val="0"/>
  </w:num>
  <w:num w:numId="10" w16cid:durableId="8447122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109"/>
    <w:rsid w:val="0015074B"/>
    <w:rsid w:val="0029639D"/>
    <w:rsid w:val="00326F90"/>
    <w:rsid w:val="00632FFC"/>
    <w:rsid w:val="009A798B"/>
    <w:rsid w:val="00AA1D8D"/>
    <w:rsid w:val="00B47730"/>
    <w:rsid w:val="00CA78D2"/>
    <w:rsid w:val="00CB0664"/>
    <w:rsid w:val="00E137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D485C"/>
  <w14:defaultImageDpi w14:val="300"/>
  <w15:docId w15:val="{FA65FA8A-E319-1E43-8417-2C8FAF149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0389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3</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Serlie, Mireille</cp:lastModifiedBy>
  <cp:revision>4</cp:revision>
  <dcterms:created xsi:type="dcterms:W3CDTF">2026-02-09T20:36:00Z</dcterms:created>
  <dcterms:modified xsi:type="dcterms:W3CDTF">2026-02-09T20:44:00Z</dcterms:modified>
  <cp:category/>
</cp:coreProperties>
</file>