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5112"/>
        <w:gridCol w:w="5112"/>
      </w:tblGrid>
      <w:tr w:rsidR="0074086E" w14:paraId="3BBB45E0" w14:textId="77777777">
        <w:tc>
          <w:tcPr>
            <w:tcW w:w="5112" w:type="dxa"/>
            <w:tcBorders>
              <w:bottom w:val="single" w:sz="10" w:space="0" w:color="000000"/>
            </w:tcBorders>
          </w:tcPr>
          <w:p w14:paraId="6F94E394" w14:textId="2037B073" w:rsidR="00CF0FA6" w:rsidRDefault="00CF0FA6" w:rsidP="00CF0FA6">
            <w:r>
              <w:rPr>
                <w:noProof/>
              </w:rPr>
              <w:drawing>
                <wp:anchor distT="0" distB="0" distL="114300" distR="114300" simplePos="0" relativeHeight="251659264" behindDoc="0" locked="0" layoutInCell="1" allowOverlap="1" wp14:anchorId="13BD6911" wp14:editId="7E51DCCD">
                  <wp:simplePos x="0" y="0"/>
                  <wp:positionH relativeFrom="column">
                    <wp:posOffset>-47625</wp:posOffset>
                  </wp:positionH>
                  <wp:positionV relativeFrom="paragraph">
                    <wp:posOffset>-18161</wp:posOffset>
                  </wp:positionV>
                  <wp:extent cx="658368" cy="1822856"/>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en_logo.png"/>
                          <pic:cNvPicPr/>
                        </pic:nvPicPr>
                        <pic:blipFill>
                          <a:blip r:embed="rId6"/>
                          <a:stretch>
                            <a:fillRect/>
                          </a:stretch>
                        </pic:blipFill>
                        <pic:spPr>
                          <a:xfrm>
                            <a:off x="0" y="0"/>
                            <a:ext cx="658368" cy="1822856"/>
                          </a:xfrm>
                          <a:prstGeom prst="rect">
                            <a:avLst/>
                          </a:prstGeom>
                        </pic:spPr>
                      </pic:pic>
                    </a:graphicData>
                  </a:graphic>
                  <wp14:sizeRelH relativeFrom="page">
                    <wp14:pctWidth>0</wp14:pctWidth>
                  </wp14:sizeRelH>
                  <wp14:sizeRelV relativeFrom="page">
                    <wp14:pctHeight>0</wp14:pctHeight>
                  </wp14:sizeRelV>
                </wp:anchor>
              </w:drawing>
            </w:r>
            <w:r>
              <w:rPr>
                <w:b/>
                <w:sz w:val="30"/>
              </w:rPr>
              <w:t xml:space="preserve">ESPEN EARLY CAREER FACULTY </w:t>
            </w:r>
          </w:p>
          <w:p w14:paraId="195F7033" w14:textId="4243B0FC" w:rsidR="0074086E" w:rsidRDefault="00CF0FA6" w:rsidP="00CF0FA6">
            <w:r>
              <w:rPr>
                <w:b/>
                <w:sz w:val="26"/>
              </w:rPr>
              <w:t xml:space="preserve">CALL FOR </w:t>
            </w:r>
            <w:r w:rsidR="004200E0">
              <w:rPr>
                <w:b/>
                <w:sz w:val="26"/>
              </w:rPr>
              <w:t>A</w:t>
            </w:r>
            <w:r>
              <w:rPr>
                <w:b/>
                <w:sz w:val="26"/>
              </w:rPr>
              <w:t xml:space="preserve"> POSITION IN THE SCIENTIFIC COMMITTEE</w:t>
            </w:r>
            <w:r>
              <w:rPr>
                <w:noProof/>
              </w:rPr>
              <w:t xml:space="preserve"> </w:t>
            </w:r>
          </w:p>
        </w:tc>
        <w:tc>
          <w:tcPr>
            <w:tcW w:w="5112" w:type="dxa"/>
            <w:tcBorders>
              <w:bottom w:val="single" w:sz="10" w:space="0" w:color="000000"/>
            </w:tcBorders>
          </w:tcPr>
          <w:p w14:paraId="67622892" w14:textId="7B15F2C6" w:rsidR="0074086E" w:rsidRDefault="0074086E" w:rsidP="00CF0FA6"/>
        </w:tc>
      </w:tr>
    </w:tbl>
    <w:p w14:paraId="1A747E3D" w14:textId="77777777" w:rsidR="0074086E" w:rsidRDefault="0074086E"/>
    <w:p w14:paraId="021BB82A" w14:textId="741FE402" w:rsidR="0074086E" w:rsidRDefault="004C5222">
      <w:r w:rsidRPr="004C5222">
        <w:t>ESPEN invites applications for one Early Career Faculty (ECF) representative on the ESPEN Scientific Committee</w:t>
      </w:r>
      <w:r w:rsidR="00000000">
        <w:t xml:space="preserve">. </w:t>
      </w:r>
      <w:r w:rsidR="002C2720" w:rsidRPr="002C2720">
        <w:t>The representative will contribute to the Committee’s scientific activities and bring the perspective of early career clinicians and scientists to its work, while participating actively in the ECF’s scientific, educational, editorial and networking activities</w:t>
      </w:r>
      <w:r w:rsidR="00000000">
        <w:t>.</w:t>
      </w:r>
    </w:p>
    <w:p w14:paraId="7C74DA1A" w14:textId="77777777" w:rsidR="0074086E" w:rsidRDefault="00000000">
      <w:pPr>
        <w:spacing w:before="120" w:after="80"/>
      </w:pPr>
      <w:r>
        <w:rPr>
          <w:b/>
          <w:sz w:val="22"/>
          <w:u w:val="single"/>
        </w:rPr>
        <w:t>Eligibility criteria</w:t>
      </w:r>
    </w:p>
    <w:p w14:paraId="64DF78A8" w14:textId="77777777" w:rsidR="0074086E" w:rsidRDefault="00000000">
      <w:pPr>
        <w:pStyle w:val="ListBullet"/>
        <w:spacing w:after="60"/>
      </w:pPr>
      <w:r>
        <w:t>ESPEN member for at least 3 years.</w:t>
      </w:r>
    </w:p>
    <w:p w14:paraId="14BEA692" w14:textId="77777777" w:rsidR="0074086E" w:rsidRDefault="00000000">
      <w:pPr>
        <w:pStyle w:val="ListBullet"/>
        <w:spacing w:after="60"/>
      </w:pPr>
      <w:r>
        <w:t>Within 5 years of the final degree (MD, PhD, MSc or equivalent) at the application deadline.</w:t>
      </w:r>
    </w:p>
    <w:p w14:paraId="7108DEB1" w14:textId="77777777" w:rsidR="0074086E" w:rsidRDefault="00000000">
      <w:pPr>
        <w:spacing w:before="120" w:after="80"/>
      </w:pPr>
      <w:r>
        <w:rPr>
          <w:b/>
          <w:sz w:val="22"/>
          <w:u w:val="single"/>
        </w:rPr>
        <w:t>Expected activities</w:t>
      </w:r>
    </w:p>
    <w:p w14:paraId="6C24ADC7" w14:textId="77777777" w:rsidR="0074086E" w:rsidRDefault="00000000">
      <w:r>
        <w:rPr>
          <w:b/>
        </w:rPr>
        <w:t xml:space="preserve">Congress: </w:t>
      </w:r>
      <w:r>
        <w:t>active participation during the ESPEN Congress, including co-chairing and moderating oral and poster sessions.</w:t>
      </w:r>
    </w:p>
    <w:p w14:paraId="417EC22A" w14:textId="77777777" w:rsidR="0074086E" w:rsidRDefault="00000000">
      <w:r>
        <w:rPr>
          <w:b/>
        </w:rPr>
        <w:t xml:space="preserve">Editorial: </w:t>
      </w:r>
      <w:r>
        <w:t>reviewing submitted manuscripts for one of the Society journals upon request (at least 5 per year) and becoming an Associate Editor for Clinical Nutrition ESPEN if eligible.</w:t>
      </w:r>
    </w:p>
    <w:p w14:paraId="36EBADC9" w14:textId="77777777" w:rsidR="0074086E" w:rsidRDefault="00000000">
      <w:r>
        <w:rPr>
          <w:b/>
        </w:rPr>
        <w:t xml:space="preserve">Educational: </w:t>
      </w:r>
      <w:r>
        <w:t>participation in educational activities, ESPEN guidelines, LLL modules or webinars.</w:t>
      </w:r>
    </w:p>
    <w:p w14:paraId="0A76BA69" w14:textId="2D9592E4" w:rsidR="0074086E" w:rsidRDefault="00000000">
      <w:r>
        <w:rPr>
          <w:b/>
        </w:rPr>
        <w:t>Scientific</w:t>
      </w:r>
      <w:r w:rsidR="006307D7">
        <w:rPr>
          <w:b/>
        </w:rPr>
        <w:t xml:space="preserve"> evaluation</w:t>
      </w:r>
      <w:r>
        <w:rPr>
          <w:b/>
        </w:rPr>
        <w:t xml:space="preserve">: </w:t>
      </w:r>
      <w:r>
        <w:t>reviewing and scoring abstracts submitted for the ESPEN Congress</w:t>
      </w:r>
      <w:r w:rsidR="0045645F">
        <w:t xml:space="preserve"> </w:t>
      </w:r>
      <w:r w:rsidR="0045645F" w:rsidRPr="0045645F">
        <w:t>and contributing to the evaluation of scientific grant proposals and other initiatives</w:t>
      </w:r>
      <w:r w:rsidR="00AE1F3A">
        <w:t>.</w:t>
      </w:r>
    </w:p>
    <w:p w14:paraId="1D6E6762" w14:textId="66117242" w:rsidR="003C516D" w:rsidRDefault="003C516D" w:rsidP="003C516D">
      <w:r w:rsidRPr="003C516D">
        <w:rPr>
          <w:b/>
          <w:bCs/>
        </w:rPr>
        <w:t>Scientific program</w:t>
      </w:r>
      <w:r>
        <w:t>: contributing to the development and scientific quality of the ESPEN Congress program and other ESPEN scientific activities.</w:t>
      </w:r>
    </w:p>
    <w:p w14:paraId="2F80CD1B" w14:textId="77777777" w:rsidR="003C516D" w:rsidRDefault="003C516D" w:rsidP="003C516D">
      <w:r w:rsidRPr="00A30B21">
        <w:rPr>
          <w:b/>
          <w:bCs/>
        </w:rPr>
        <w:t>Scientific strategy</w:t>
      </w:r>
      <w:r>
        <w:t>: contributing to the development of ESPEN’s scientific priorities and initiatives.</w:t>
      </w:r>
    </w:p>
    <w:p w14:paraId="16AE5A1B" w14:textId="7B49489E" w:rsidR="00AE1F3A" w:rsidRDefault="003C516D" w:rsidP="003C516D">
      <w:r w:rsidRPr="00A30B21">
        <w:rPr>
          <w:b/>
          <w:bCs/>
        </w:rPr>
        <w:t>Meetings</w:t>
      </w:r>
      <w:r>
        <w:t>: attending the Scientific Committee’s in-person meetings in January, May and September.</w:t>
      </w:r>
    </w:p>
    <w:p w14:paraId="07D9FF14" w14:textId="77777777" w:rsidR="0074086E" w:rsidRDefault="00000000">
      <w:r>
        <w:rPr>
          <w:b/>
        </w:rPr>
        <w:t xml:space="preserve">Networking: </w:t>
      </w:r>
      <w:r>
        <w:t>engaging actively within the ECF group and with ESPEN committees and national society members.</w:t>
      </w:r>
    </w:p>
    <w:p w14:paraId="1F5FA389" w14:textId="525FB8B3" w:rsidR="00845273" w:rsidRDefault="00845273">
      <w:r w:rsidRPr="00065F2F">
        <w:rPr>
          <w:b/>
          <w:sz w:val="22"/>
          <w:u w:val="single"/>
        </w:rPr>
        <w:t>Term of office</w:t>
      </w:r>
      <w:r>
        <w:rPr>
          <w:b/>
        </w:rPr>
        <w:t xml:space="preserve">: </w:t>
      </w:r>
      <w:r>
        <w:t>4 years, not renewable.</w:t>
      </w:r>
    </w:p>
    <w:p w14:paraId="511B46D4" w14:textId="77777777" w:rsidR="0074086E" w:rsidRDefault="00000000">
      <w:pPr>
        <w:spacing w:before="120" w:after="80"/>
      </w:pPr>
      <w:r>
        <w:rPr>
          <w:b/>
          <w:sz w:val="22"/>
          <w:u w:val="single"/>
        </w:rPr>
        <w:t>How to apply</w:t>
      </w:r>
    </w:p>
    <w:p w14:paraId="1E79256F" w14:textId="323D331F" w:rsidR="0074086E" w:rsidRDefault="00000000">
      <w:r>
        <w:t xml:space="preserve">Applicants should submit the completed and signed ESPEN Early Career Faculty 2026 </w:t>
      </w:r>
      <w:r w:rsidR="00692C2F">
        <w:t xml:space="preserve">Scientific Committee </w:t>
      </w:r>
      <w:r>
        <w:t>Application Form, including confirmation of support from their national PEN society.</w:t>
      </w:r>
    </w:p>
    <w:p w14:paraId="289DD4D0" w14:textId="77777777" w:rsidR="0074086E" w:rsidRDefault="00000000">
      <w:r>
        <w:t>Submit the signed application form in PDF format to Professor Mireille Serlie (scientific.committee@espen.org), with a copy to the ESPEN Executive Committee (Execom@espen.org).</w:t>
      </w:r>
    </w:p>
    <w:p w14:paraId="49F9FFF6" w14:textId="626E0F00" w:rsidR="0074086E" w:rsidRDefault="00AD2F94">
      <w:r>
        <w:rPr>
          <w:b/>
        </w:rPr>
        <w:t xml:space="preserve">Use the subject line: </w:t>
      </w:r>
      <w:r>
        <w:t>ESPEN Early Career Faculty 2026 – Scientific Committee</w:t>
      </w:r>
    </w:p>
    <w:p w14:paraId="16DD5663" w14:textId="77777777" w:rsidR="0074086E" w:rsidRDefault="00000000">
      <w:r>
        <w:rPr>
          <w:b/>
        </w:rPr>
        <w:t>Deadline: 6 November 2026, 5 pm CET.</w:t>
      </w:r>
    </w:p>
    <w:p w14:paraId="4447DB85" w14:textId="77777777" w:rsidR="0074086E" w:rsidRDefault="00000000">
      <w:r>
        <w:t>Late submissions will not be considered.</w:t>
      </w:r>
    </w:p>
    <w:p w14:paraId="66F3D01B" w14:textId="3283909F" w:rsidR="00894444" w:rsidRDefault="00894444">
      <w:pPr>
        <w:spacing w:after="200"/>
      </w:pPr>
      <w:r>
        <w:br w:type="page"/>
      </w:r>
    </w:p>
    <w:p w14:paraId="0A3678BD" w14:textId="77777777" w:rsidR="00894444" w:rsidRDefault="00894444" w:rsidP="00894444">
      <w:pPr>
        <w:jc w:val="center"/>
      </w:pPr>
      <w:r>
        <w:rPr>
          <w:b/>
          <w:sz w:val="30"/>
        </w:rPr>
        <w:lastRenderedPageBreak/>
        <w:t>ESPEN EARLY CAREER FACULTY 2026</w:t>
      </w:r>
      <w:r>
        <w:rPr>
          <w:b/>
          <w:sz w:val="30"/>
        </w:rPr>
        <w:br/>
        <w:t>APPLICATION FORM – SCIENTIFIC COMMITTEE</w:t>
      </w:r>
    </w:p>
    <w:p w14:paraId="66C2AF4B" w14:textId="77777777" w:rsidR="00894444" w:rsidRDefault="00894444" w:rsidP="00894444">
      <w:pPr>
        <w:spacing w:before="120"/>
      </w:pPr>
      <w:r>
        <w:rPr>
          <w:b/>
          <w:sz w:val="22"/>
          <w:u w:val="single"/>
        </w:rPr>
        <w:t>1. Applicant</w:t>
      </w:r>
    </w:p>
    <w:p w14:paraId="55CBB8C5" w14:textId="77777777" w:rsidR="00894444" w:rsidRDefault="00894444" w:rsidP="00894444">
      <w:r>
        <w:rPr>
          <w:b/>
        </w:rPr>
        <w:t>Name:</w:t>
      </w:r>
    </w:p>
    <w:p w14:paraId="037C4652" w14:textId="77777777" w:rsidR="00894444" w:rsidRDefault="00894444" w:rsidP="00894444">
      <w:pPr>
        <w:spacing w:after="80"/>
      </w:pPr>
      <w:r>
        <w:t>________________________________________________________________________________</w:t>
      </w:r>
    </w:p>
    <w:p w14:paraId="51A268B7" w14:textId="77777777" w:rsidR="00894444" w:rsidRDefault="00894444" w:rsidP="00894444">
      <w:r>
        <w:rPr>
          <w:b/>
        </w:rPr>
        <w:t>Country of Citizenship:</w:t>
      </w:r>
    </w:p>
    <w:p w14:paraId="5E9825C5" w14:textId="77777777" w:rsidR="00894444" w:rsidRDefault="00894444" w:rsidP="00894444">
      <w:pPr>
        <w:spacing w:after="80"/>
      </w:pPr>
      <w:r>
        <w:t>________________________________________________________________________________</w:t>
      </w:r>
    </w:p>
    <w:p w14:paraId="0DEDE8FC" w14:textId="77777777" w:rsidR="00894444" w:rsidRDefault="00894444" w:rsidP="00894444">
      <w:r>
        <w:rPr>
          <w:b/>
        </w:rPr>
        <w:t>Country of Residence:</w:t>
      </w:r>
    </w:p>
    <w:p w14:paraId="7B0FCD08" w14:textId="77777777" w:rsidR="00894444" w:rsidRDefault="00894444" w:rsidP="00894444">
      <w:pPr>
        <w:spacing w:after="80"/>
      </w:pPr>
      <w:r>
        <w:t>________________________________________________________________________________</w:t>
      </w:r>
    </w:p>
    <w:p w14:paraId="2839A2AB" w14:textId="77777777" w:rsidR="00894444" w:rsidRDefault="00894444" w:rsidP="00894444">
      <w:r>
        <w:rPr>
          <w:b/>
        </w:rPr>
        <w:t>Present Institution:</w:t>
      </w:r>
    </w:p>
    <w:p w14:paraId="46225037" w14:textId="77777777" w:rsidR="00894444" w:rsidRDefault="00894444" w:rsidP="00894444">
      <w:pPr>
        <w:spacing w:after="80"/>
      </w:pPr>
      <w:r>
        <w:t>________________________________________________________________________________</w:t>
      </w:r>
    </w:p>
    <w:p w14:paraId="2D6C1C82" w14:textId="77777777" w:rsidR="00894444" w:rsidRDefault="00894444" w:rsidP="00894444">
      <w:r>
        <w:rPr>
          <w:b/>
        </w:rPr>
        <w:t>Present Position:</w:t>
      </w:r>
    </w:p>
    <w:p w14:paraId="278E687E" w14:textId="77777777" w:rsidR="00894444" w:rsidRDefault="00894444" w:rsidP="00894444">
      <w:pPr>
        <w:spacing w:after="80"/>
      </w:pPr>
      <w:r>
        <w:t>________________________________________________________________________________</w:t>
      </w:r>
    </w:p>
    <w:p w14:paraId="1D4B6545" w14:textId="77777777" w:rsidR="00894444" w:rsidRDefault="00894444" w:rsidP="00894444">
      <w:r>
        <w:rPr>
          <w:b/>
        </w:rPr>
        <w:t>Address:</w:t>
      </w:r>
    </w:p>
    <w:p w14:paraId="7078C415" w14:textId="77777777" w:rsidR="00894444" w:rsidRDefault="00894444" w:rsidP="00894444">
      <w:pPr>
        <w:spacing w:after="80"/>
      </w:pPr>
      <w:r>
        <w:t>________________________________________________________________________________</w:t>
      </w:r>
    </w:p>
    <w:p w14:paraId="6407466C" w14:textId="77777777" w:rsidR="00894444" w:rsidRDefault="00894444" w:rsidP="00894444">
      <w:r>
        <w:rPr>
          <w:b/>
        </w:rPr>
        <w:t>E-mail address:</w:t>
      </w:r>
    </w:p>
    <w:p w14:paraId="0625938D" w14:textId="77777777" w:rsidR="00894444" w:rsidRDefault="00894444" w:rsidP="00894444">
      <w:pPr>
        <w:spacing w:after="80"/>
      </w:pPr>
      <w:r>
        <w:t>________________________________________________________________________________</w:t>
      </w:r>
    </w:p>
    <w:p w14:paraId="6A9A346E" w14:textId="77777777" w:rsidR="00894444" w:rsidRDefault="00894444" w:rsidP="00894444">
      <w:r>
        <w:rPr>
          <w:b/>
        </w:rPr>
        <w:t>ORCID ID:</w:t>
      </w:r>
    </w:p>
    <w:p w14:paraId="38DA403F" w14:textId="77777777" w:rsidR="00894444" w:rsidRDefault="00894444" w:rsidP="00894444">
      <w:pPr>
        <w:spacing w:after="80"/>
      </w:pPr>
      <w:r>
        <w:t>________________________________________________________________________________</w:t>
      </w:r>
    </w:p>
    <w:p w14:paraId="27DF7406" w14:textId="77777777" w:rsidR="00894444" w:rsidRDefault="00894444" w:rsidP="00894444">
      <w:r>
        <w:rPr>
          <w:b/>
        </w:rPr>
        <w:t>Google Scholar link:</w:t>
      </w:r>
    </w:p>
    <w:p w14:paraId="4272DA6E" w14:textId="77777777" w:rsidR="00894444" w:rsidRDefault="00894444" w:rsidP="00894444">
      <w:pPr>
        <w:spacing w:after="80"/>
      </w:pPr>
      <w:r>
        <w:t>________________________________________________________________________________</w:t>
      </w:r>
    </w:p>
    <w:p w14:paraId="4B32760B" w14:textId="77777777" w:rsidR="00894444" w:rsidRDefault="00894444" w:rsidP="00894444">
      <w:r>
        <w:rPr>
          <w:b/>
        </w:rPr>
        <w:t>ESPEN Membership username (Applicant):</w:t>
      </w:r>
    </w:p>
    <w:p w14:paraId="69E753CB" w14:textId="77777777" w:rsidR="00894444" w:rsidRDefault="00894444" w:rsidP="00894444">
      <w:pPr>
        <w:spacing w:after="80"/>
      </w:pPr>
      <w:r>
        <w:t>________________________________________________________________________________</w:t>
      </w:r>
    </w:p>
    <w:p w14:paraId="562BA8F2" w14:textId="77777777" w:rsidR="00894444" w:rsidRDefault="00894444" w:rsidP="00894444">
      <w:r>
        <w:rPr>
          <w:b/>
        </w:rPr>
        <w:t>ESPEN member since (year):</w:t>
      </w:r>
    </w:p>
    <w:p w14:paraId="63FD3D47" w14:textId="77777777" w:rsidR="00894444" w:rsidRDefault="00894444" w:rsidP="00894444">
      <w:pPr>
        <w:spacing w:after="80"/>
      </w:pPr>
      <w:r>
        <w:t>________________________________________________________________________________</w:t>
      </w:r>
    </w:p>
    <w:p w14:paraId="6A867DBE" w14:textId="77777777" w:rsidR="00894444" w:rsidRDefault="00894444" w:rsidP="00894444">
      <w:pPr>
        <w:rPr>
          <w:b/>
        </w:rPr>
      </w:pPr>
      <w:r>
        <w:rPr>
          <w:b/>
        </w:rPr>
        <w:t>Education/Training (begin with most recent, include degrees, dates and institutions):</w:t>
      </w:r>
    </w:p>
    <w:p w14:paraId="5E6E036D" w14:textId="77777777" w:rsidR="000D6CE5" w:rsidRDefault="000D6CE5" w:rsidP="00894444">
      <w:pPr>
        <w:rPr>
          <w:b/>
        </w:rPr>
      </w:pPr>
    </w:p>
    <w:p w14:paraId="63CD4269" w14:textId="77777777" w:rsidR="000D6CE5" w:rsidRDefault="000D6CE5" w:rsidP="00894444">
      <w:pPr>
        <w:rPr>
          <w:b/>
        </w:rPr>
      </w:pPr>
    </w:p>
    <w:p w14:paraId="56DA851D" w14:textId="77777777" w:rsidR="000D6CE5" w:rsidRDefault="000D6CE5" w:rsidP="00894444">
      <w:pPr>
        <w:rPr>
          <w:b/>
        </w:rPr>
      </w:pPr>
    </w:p>
    <w:p w14:paraId="40E57064" w14:textId="77777777" w:rsidR="000D6CE5" w:rsidRDefault="000D6CE5" w:rsidP="00894444"/>
    <w:p w14:paraId="0963F6AA" w14:textId="77777777" w:rsidR="00894444" w:rsidRDefault="00894444" w:rsidP="00894444">
      <w:r>
        <w:rPr>
          <w:b/>
        </w:rPr>
        <w:t>Positions/Scientific Appointments (begin with most recent, include dates and institutions):</w:t>
      </w:r>
    </w:p>
    <w:p w14:paraId="2686C57B" w14:textId="77777777" w:rsidR="00A56A0C" w:rsidRDefault="00A56A0C" w:rsidP="00894444"/>
    <w:p w14:paraId="529B306E" w14:textId="77777777" w:rsidR="00A56A0C" w:rsidRDefault="00A56A0C" w:rsidP="00894444"/>
    <w:p w14:paraId="10971A2B" w14:textId="77777777" w:rsidR="00A56A0C" w:rsidRDefault="00A56A0C" w:rsidP="00894444"/>
    <w:p w14:paraId="46C5244F" w14:textId="77777777" w:rsidR="00A56A0C" w:rsidRDefault="00A56A0C" w:rsidP="00894444"/>
    <w:p w14:paraId="0D732E77" w14:textId="0FD3ADF4" w:rsidR="00894444" w:rsidRDefault="00894444" w:rsidP="00894444">
      <w:r>
        <w:rPr>
          <w:b/>
        </w:rPr>
        <w:t>Honors/Awards:</w:t>
      </w:r>
    </w:p>
    <w:p w14:paraId="6D194F00" w14:textId="77777777" w:rsidR="00A56A0C" w:rsidRDefault="00A56A0C" w:rsidP="00894444"/>
    <w:p w14:paraId="24D790E3" w14:textId="77777777" w:rsidR="00A56A0C" w:rsidRDefault="00A56A0C" w:rsidP="00894444"/>
    <w:p w14:paraId="6D33F699" w14:textId="77777777" w:rsidR="00A56A0C" w:rsidRDefault="00A56A0C" w:rsidP="00894444"/>
    <w:p w14:paraId="70B3710F" w14:textId="77777777" w:rsidR="00A56A0C" w:rsidRDefault="00A56A0C" w:rsidP="00894444"/>
    <w:p w14:paraId="4EAD44AF" w14:textId="7D884B08" w:rsidR="00894444" w:rsidRDefault="00894444" w:rsidP="00894444">
      <w:r>
        <w:rPr>
          <w:b/>
        </w:rPr>
        <w:t>Peer reviewed publications within last 5 years (include DOI):</w:t>
      </w:r>
    </w:p>
    <w:p w14:paraId="52611907" w14:textId="77777777" w:rsidR="00A56A0C" w:rsidRDefault="00A56A0C" w:rsidP="00894444"/>
    <w:p w14:paraId="04E0C610" w14:textId="77777777" w:rsidR="00A56A0C" w:rsidRDefault="00A56A0C" w:rsidP="00894444"/>
    <w:p w14:paraId="2B195468" w14:textId="77777777" w:rsidR="00A56A0C" w:rsidRDefault="00A56A0C" w:rsidP="00894444"/>
    <w:p w14:paraId="5EAC9C8B" w14:textId="77777777" w:rsidR="00A56A0C" w:rsidRDefault="00A56A0C" w:rsidP="00894444"/>
    <w:p w14:paraId="1E91AA47" w14:textId="77777777" w:rsidR="00A56A0C" w:rsidRDefault="00A56A0C" w:rsidP="00894444"/>
    <w:p w14:paraId="69B8C0FB" w14:textId="1EFE5864" w:rsidR="00894444" w:rsidRDefault="00894444" w:rsidP="00894444">
      <w:r>
        <w:rPr>
          <w:b/>
        </w:rPr>
        <w:t>Abstracts presented at ESPEN congress (include title, authors, poster or oral presentation, year, travel grant awarded yes/no):</w:t>
      </w:r>
    </w:p>
    <w:p w14:paraId="1A98219C" w14:textId="77777777" w:rsidR="00A56A0C" w:rsidRDefault="00A56A0C" w:rsidP="00894444"/>
    <w:p w14:paraId="2433C220" w14:textId="77777777" w:rsidR="00A56A0C" w:rsidRDefault="00A56A0C" w:rsidP="00894444"/>
    <w:p w14:paraId="6A8207D9" w14:textId="77777777" w:rsidR="00A56A0C" w:rsidRDefault="00A56A0C" w:rsidP="00894444"/>
    <w:p w14:paraId="11679FAC" w14:textId="77777777" w:rsidR="00A56A0C" w:rsidRDefault="00A56A0C" w:rsidP="00894444"/>
    <w:p w14:paraId="615D064E" w14:textId="1973FAC2" w:rsidR="00894444" w:rsidRDefault="00894444" w:rsidP="00894444">
      <w:r>
        <w:rPr>
          <w:b/>
        </w:rPr>
        <w:t>Abstracts presented at other congresses (include title, authors, poster or oral presentation, year, travel grant awarded yes/no):</w:t>
      </w:r>
    </w:p>
    <w:p w14:paraId="689D6D2B" w14:textId="77777777" w:rsidR="004C6EA5" w:rsidRDefault="004C6EA5" w:rsidP="00894444"/>
    <w:p w14:paraId="0401F33C" w14:textId="77777777" w:rsidR="004C6EA5" w:rsidRDefault="004C6EA5" w:rsidP="00894444"/>
    <w:p w14:paraId="0BB1F82D" w14:textId="77777777" w:rsidR="004C6EA5" w:rsidRDefault="004C6EA5" w:rsidP="00894444"/>
    <w:p w14:paraId="6FCD6A33" w14:textId="77777777" w:rsidR="004C6EA5" w:rsidRDefault="004C6EA5" w:rsidP="00894444"/>
    <w:p w14:paraId="1F0DF0CC" w14:textId="458A9044" w:rsidR="00894444" w:rsidRDefault="00894444" w:rsidP="00894444">
      <w:r>
        <w:rPr>
          <w:b/>
        </w:rPr>
        <w:t>Previous involvement with ESPEN (publication in ESPEN journals, recipient of ESPEN Research Fellowship, etc.; 250 words max):</w:t>
      </w:r>
    </w:p>
    <w:p w14:paraId="59E19DFA" w14:textId="77777777" w:rsidR="004C6EA5" w:rsidRDefault="004C6EA5" w:rsidP="00894444">
      <w:pPr>
        <w:spacing w:before="120"/>
      </w:pPr>
    </w:p>
    <w:p w14:paraId="3A6039CF" w14:textId="77777777" w:rsidR="004C6EA5" w:rsidRDefault="004C6EA5" w:rsidP="00894444">
      <w:pPr>
        <w:spacing w:before="120"/>
      </w:pPr>
    </w:p>
    <w:p w14:paraId="626CA44E" w14:textId="77777777" w:rsidR="004C6EA5" w:rsidRDefault="004C6EA5" w:rsidP="00894444">
      <w:pPr>
        <w:spacing w:before="120"/>
      </w:pPr>
    </w:p>
    <w:p w14:paraId="726F9846" w14:textId="77777777" w:rsidR="004C6EA5" w:rsidRDefault="004C6EA5" w:rsidP="00894444">
      <w:pPr>
        <w:spacing w:before="120"/>
      </w:pPr>
    </w:p>
    <w:p w14:paraId="33A5D733" w14:textId="7CE82F68" w:rsidR="00894444" w:rsidRDefault="00894444" w:rsidP="00894444">
      <w:pPr>
        <w:spacing w:before="120"/>
      </w:pPr>
      <w:r>
        <w:rPr>
          <w:b/>
          <w:sz w:val="22"/>
          <w:u w:val="single"/>
        </w:rPr>
        <w:t>2. Application Motivation</w:t>
      </w:r>
    </w:p>
    <w:p w14:paraId="7C3D93D1" w14:textId="04799F42" w:rsidR="00894444" w:rsidRDefault="00894444" w:rsidP="00894444">
      <w:r>
        <w:rPr>
          <w:b/>
        </w:rPr>
        <w:t xml:space="preserve">Summarize your motivation for </w:t>
      </w:r>
      <w:r w:rsidR="00CF7C7F">
        <w:rPr>
          <w:b/>
        </w:rPr>
        <w:t xml:space="preserve">serving as </w:t>
      </w:r>
      <w:r>
        <w:rPr>
          <w:b/>
        </w:rPr>
        <w:t xml:space="preserve">the ECF </w:t>
      </w:r>
      <w:r w:rsidR="00CF7C7F">
        <w:rPr>
          <w:b/>
        </w:rPr>
        <w:t xml:space="preserve">representative </w:t>
      </w:r>
      <w:r w:rsidR="00045D29">
        <w:rPr>
          <w:b/>
        </w:rPr>
        <w:t xml:space="preserve">on </w:t>
      </w:r>
      <w:r>
        <w:rPr>
          <w:b/>
        </w:rPr>
        <w:t>the Scientific Committee</w:t>
      </w:r>
      <w:r w:rsidR="00045D29">
        <w:rPr>
          <w:b/>
        </w:rPr>
        <w:t xml:space="preserve"> and the contribution you would make to its activities</w:t>
      </w:r>
      <w:r>
        <w:rPr>
          <w:b/>
        </w:rPr>
        <w:t xml:space="preserve"> (250 words max):</w:t>
      </w:r>
    </w:p>
    <w:p w14:paraId="6AA34E6A" w14:textId="77777777" w:rsidR="004C6EA5" w:rsidRDefault="004C6EA5" w:rsidP="00894444">
      <w:pPr>
        <w:spacing w:before="120"/>
      </w:pPr>
    </w:p>
    <w:p w14:paraId="3B50EC2B" w14:textId="77777777" w:rsidR="004C6EA5" w:rsidRDefault="004C6EA5" w:rsidP="00894444">
      <w:pPr>
        <w:spacing w:before="120"/>
      </w:pPr>
    </w:p>
    <w:p w14:paraId="32EB4CD5" w14:textId="77777777" w:rsidR="004C6EA5" w:rsidRDefault="004C6EA5" w:rsidP="00894444">
      <w:pPr>
        <w:spacing w:before="120"/>
      </w:pPr>
    </w:p>
    <w:p w14:paraId="05CD6EE2" w14:textId="77777777" w:rsidR="004C6EA5" w:rsidRDefault="004C6EA5" w:rsidP="00894444">
      <w:pPr>
        <w:spacing w:before="120"/>
      </w:pPr>
    </w:p>
    <w:p w14:paraId="17C9C7CF" w14:textId="07EF639F" w:rsidR="00894444" w:rsidRDefault="00894444" w:rsidP="00894444">
      <w:pPr>
        <w:spacing w:before="120"/>
      </w:pPr>
      <w:r>
        <w:rPr>
          <w:b/>
          <w:sz w:val="22"/>
          <w:u w:val="single"/>
        </w:rPr>
        <w:t>3. Signatures</w:t>
      </w:r>
    </w:p>
    <w:p w14:paraId="33031B81" w14:textId="77777777" w:rsidR="00894444" w:rsidRDefault="00894444" w:rsidP="00894444">
      <w:r>
        <w:t>ESPEN Council Member</w:t>
      </w:r>
      <w:r>
        <w:br/>
        <w:t>I hereby confirm that this application is supported by the local PEN society.</w:t>
      </w:r>
    </w:p>
    <w:p w14:paraId="1942EC66" w14:textId="77777777" w:rsidR="00894444" w:rsidRDefault="00894444" w:rsidP="00894444">
      <w:r>
        <w:rPr>
          <w:b/>
        </w:rPr>
        <w:t>Name PEN Society:</w:t>
      </w:r>
    </w:p>
    <w:p w14:paraId="3773B1F0" w14:textId="77777777" w:rsidR="00894444" w:rsidRDefault="00894444" w:rsidP="00894444">
      <w:pPr>
        <w:spacing w:after="80"/>
      </w:pPr>
      <w:r>
        <w:t>________________________________________________________________________________</w:t>
      </w:r>
    </w:p>
    <w:p w14:paraId="6C7E1675" w14:textId="77777777" w:rsidR="00894444" w:rsidRDefault="00894444" w:rsidP="00894444">
      <w:r>
        <w:rPr>
          <w:b/>
        </w:rPr>
        <w:lastRenderedPageBreak/>
        <w:t>Name PEN Chairperson:</w:t>
      </w:r>
    </w:p>
    <w:p w14:paraId="3C307147" w14:textId="77777777" w:rsidR="00894444" w:rsidRDefault="00894444" w:rsidP="00894444">
      <w:pPr>
        <w:spacing w:after="80"/>
      </w:pPr>
      <w:r>
        <w:t>________________________________________________________________________________</w:t>
      </w:r>
    </w:p>
    <w:p w14:paraId="2976847D" w14:textId="77777777" w:rsidR="00894444" w:rsidRDefault="00894444" w:rsidP="00894444">
      <w:r>
        <w:rPr>
          <w:b/>
        </w:rPr>
        <w:t>Date and Signature:</w:t>
      </w:r>
    </w:p>
    <w:p w14:paraId="42C58521" w14:textId="77777777" w:rsidR="00894444" w:rsidRDefault="00894444" w:rsidP="00894444">
      <w:pPr>
        <w:spacing w:after="80"/>
      </w:pPr>
      <w:r>
        <w:t>________________________________________________________________________________</w:t>
      </w:r>
    </w:p>
    <w:p w14:paraId="2E911509" w14:textId="63D0C9DE" w:rsidR="00894444" w:rsidRDefault="00894444" w:rsidP="00894444">
      <w:r>
        <w:t>Early Career Faculty Applicant</w:t>
      </w:r>
      <w:r>
        <w:br/>
        <w:t xml:space="preserve">I confirm my understanding of the Early Career Faculty </w:t>
      </w:r>
      <w:r w:rsidR="009904D7">
        <w:t>role</w:t>
      </w:r>
      <w:r>
        <w:t xml:space="preserve"> and expectations as specified in this application form.</w:t>
      </w:r>
    </w:p>
    <w:p w14:paraId="0EE0D024" w14:textId="77777777" w:rsidR="00894444" w:rsidRDefault="00894444" w:rsidP="00894444">
      <w:r>
        <w:rPr>
          <w:b/>
        </w:rPr>
        <w:t>Name:</w:t>
      </w:r>
    </w:p>
    <w:p w14:paraId="619DAEB2" w14:textId="77777777" w:rsidR="00894444" w:rsidRDefault="00894444" w:rsidP="00894444">
      <w:pPr>
        <w:spacing w:after="80"/>
      </w:pPr>
      <w:r>
        <w:t>________________________________________________________________________________</w:t>
      </w:r>
    </w:p>
    <w:p w14:paraId="7943D6A6" w14:textId="77777777" w:rsidR="00894444" w:rsidRDefault="00894444" w:rsidP="00894444">
      <w:r>
        <w:rPr>
          <w:b/>
        </w:rPr>
        <w:t>Date and Signature:</w:t>
      </w:r>
    </w:p>
    <w:p w14:paraId="7C50046A" w14:textId="5BDD2C54" w:rsidR="00894444" w:rsidRDefault="00894444" w:rsidP="00894444"/>
    <w:sectPr w:rsidR="00894444"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51209909">
    <w:abstractNumId w:val="8"/>
  </w:num>
  <w:num w:numId="2" w16cid:durableId="101581431">
    <w:abstractNumId w:val="6"/>
  </w:num>
  <w:num w:numId="3" w16cid:durableId="1980575809">
    <w:abstractNumId w:val="5"/>
  </w:num>
  <w:num w:numId="4" w16cid:durableId="2050567839">
    <w:abstractNumId w:val="4"/>
  </w:num>
  <w:num w:numId="5" w16cid:durableId="2041663354">
    <w:abstractNumId w:val="7"/>
  </w:num>
  <w:num w:numId="6" w16cid:durableId="1664581589">
    <w:abstractNumId w:val="3"/>
  </w:num>
  <w:num w:numId="7" w16cid:durableId="594217947">
    <w:abstractNumId w:val="2"/>
  </w:num>
  <w:num w:numId="8" w16cid:durableId="156266154">
    <w:abstractNumId w:val="1"/>
  </w:num>
  <w:num w:numId="9" w16cid:durableId="16387585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D29"/>
    <w:rsid w:val="0006063C"/>
    <w:rsid w:val="00065F2F"/>
    <w:rsid w:val="000D6CE5"/>
    <w:rsid w:val="0015074B"/>
    <w:rsid w:val="001D0976"/>
    <w:rsid w:val="0029639D"/>
    <w:rsid w:val="002C2720"/>
    <w:rsid w:val="00326F90"/>
    <w:rsid w:val="003C516D"/>
    <w:rsid w:val="004200E0"/>
    <w:rsid w:val="0045645F"/>
    <w:rsid w:val="004C5222"/>
    <w:rsid w:val="004C6EA5"/>
    <w:rsid w:val="006307D7"/>
    <w:rsid w:val="00692C2F"/>
    <w:rsid w:val="0074086E"/>
    <w:rsid w:val="00845273"/>
    <w:rsid w:val="00894444"/>
    <w:rsid w:val="009904D7"/>
    <w:rsid w:val="00A30B21"/>
    <w:rsid w:val="00A56A0C"/>
    <w:rsid w:val="00AA1D8D"/>
    <w:rsid w:val="00AD2F94"/>
    <w:rsid w:val="00AE1F3A"/>
    <w:rsid w:val="00B47730"/>
    <w:rsid w:val="00C80D5E"/>
    <w:rsid w:val="00C93593"/>
    <w:rsid w:val="00CB0664"/>
    <w:rsid w:val="00CF0FA6"/>
    <w:rsid w:val="00CF7C7F"/>
    <w:rsid w:val="00EF43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001C4E"/>
  <w14:defaultImageDpi w14:val="300"/>
  <w15:docId w15:val="{8382C220-33D6-164B-9455-A23A9275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22</TotalTime>
  <Pages>4</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Mireille Serlie</cp:lastModifiedBy>
  <cp:revision>22</cp:revision>
  <dcterms:created xsi:type="dcterms:W3CDTF">2026-10-05T16:28:00Z</dcterms:created>
  <dcterms:modified xsi:type="dcterms:W3CDTF">2026-10-12T17:07:00Z</dcterms:modified>
  <cp:category/>
</cp:coreProperties>
</file>