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DF298" w14:textId="121F6DA0" w:rsidR="00146C18" w:rsidRDefault="00475EA8">
      <w:pPr>
        <w:pStyle w:val="Heading1"/>
      </w:pPr>
      <w:r>
        <w:rPr>
          <w:noProof/>
        </w:rPr>
        <w:drawing>
          <wp:anchor distT="0" distB="0" distL="114300" distR="114300" simplePos="0" relativeHeight="251658240" behindDoc="0" locked="0" layoutInCell="1" allowOverlap="1" wp14:anchorId="5ABD52E3" wp14:editId="457DAFD7">
            <wp:simplePos x="0" y="0"/>
            <wp:positionH relativeFrom="column">
              <wp:posOffset>0</wp:posOffset>
            </wp:positionH>
            <wp:positionV relativeFrom="paragraph">
              <wp:posOffset>302260</wp:posOffset>
            </wp:positionV>
            <wp:extent cx="673100" cy="1892300"/>
            <wp:effectExtent l="0" t="0" r="0" b="0"/>
            <wp:wrapSquare wrapText="bothSides"/>
            <wp:docPr id="1170185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185642" name=""/>
                    <pic:cNvPicPr/>
                  </pic:nvPicPr>
                  <pic:blipFill>
                    <a:blip r:embed="rId6"/>
                    <a:stretch>
                      <a:fillRect/>
                    </a:stretch>
                  </pic:blipFill>
                  <pic:spPr>
                    <a:xfrm>
                      <a:off x="0" y="0"/>
                      <a:ext cx="673100" cy="1892300"/>
                    </a:xfrm>
                    <a:prstGeom prst="rect">
                      <a:avLst/>
                    </a:prstGeom>
                  </pic:spPr>
                </pic:pic>
              </a:graphicData>
            </a:graphic>
            <wp14:sizeRelH relativeFrom="page">
              <wp14:pctWidth>0</wp14:pctWidth>
            </wp14:sizeRelH>
            <wp14:sizeRelV relativeFrom="page">
              <wp14:pctHeight>0</wp14:pctHeight>
            </wp14:sizeRelV>
          </wp:anchor>
        </w:drawing>
      </w:r>
      <w:r w:rsidR="00000000">
        <w:t>ESPEN Research Fellowship 2026 – Application Form</w:t>
      </w:r>
    </w:p>
    <w:p w14:paraId="72B07912" w14:textId="77777777" w:rsidR="00146C18" w:rsidRDefault="00146C18"/>
    <w:p w14:paraId="7721AF28" w14:textId="77777777" w:rsidR="00146C18" w:rsidRDefault="00000000">
      <w:r>
        <w:t>Submission deadline: 31 March 2026</w:t>
      </w:r>
    </w:p>
    <w:p w14:paraId="624988E4" w14:textId="77777777" w:rsidR="00146C18" w:rsidRDefault="00146C18"/>
    <w:p w14:paraId="6501D641" w14:textId="4265BFFC" w:rsidR="00146C18" w:rsidRDefault="00000000">
      <w:r>
        <w:t xml:space="preserve">The completed and signed application must be submitted as one single PDF file by email to </w:t>
      </w:r>
      <w:hyperlink r:id="rId7" w:history="1">
        <w:r w:rsidR="005B0590" w:rsidRPr="00C51E50">
          <w:rPr>
            <w:rStyle w:val="Hyperlink"/>
          </w:rPr>
          <w:t>Scientific.Committee@espen.org</w:t>
        </w:r>
      </w:hyperlink>
      <w:r w:rsidR="005B0590">
        <w:t xml:space="preserve"> (</w:t>
      </w:r>
      <w:r>
        <w:t>Subject line: ESPEN Fellowship 2026 Application</w:t>
      </w:r>
      <w:r w:rsidR="005B0590">
        <w:t>)</w:t>
      </w:r>
    </w:p>
    <w:p w14:paraId="1285663D" w14:textId="77777777" w:rsidR="00146C18" w:rsidRDefault="00146C18"/>
    <w:p w14:paraId="22AFF7D8" w14:textId="77777777" w:rsidR="00146C18" w:rsidRPr="00823AB5" w:rsidRDefault="00000000">
      <w:pPr>
        <w:rPr>
          <w:b/>
          <w:bCs/>
        </w:rPr>
      </w:pPr>
      <w:r w:rsidRPr="00823AB5">
        <w:rPr>
          <w:b/>
          <w:bCs/>
        </w:rPr>
        <w:t>Eligibility criteria</w:t>
      </w:r>
    </w:p>
    <w:p w14:paraId="53C3F076" w14:textId="77182193" w:rsidR="00146C18" w:rsidRPr="00823AB5" w:rsidRDefault="00000000">
      <w:pPr>
        <w:rPr>
          <w:b/>
          <w:bCs/>
        </w:rPr>
      </w:pPr>
      <w:r w:rsidRPr="00823AB5">
        <w:rPr>
          <w:b/>
          <w:bCs/>
        </w:rPr>
        <w:t xml:space="preserve">- Applicant </w:t>
      </w:r>
      <w:r w:rsidR="003D0B39" w:rsidRPr="00823AB5">
        <w:rPr>
          <w:b/>
          <w:bCs/>
        </w:rPr>
        <w:t xml:space="preserve">and supervisor </w:t>
      </w:r>
      <w:r w:rsidRPr="00823AB5">
        <w:rPr>
          <w:b/>
          <w:bCs/>
        </w:rPr>
        <w:t>must be ESPEN member</w:t>
      </w:r>
      <w:r w:rsidR="003D0B39" w:rsidRPr="00823AB5">
        <w:rPr>
          <w:b/>
          <w:bCs/>
        </w:rPr>
        <w:t>s</w:t>
      </w:r>
    </w:p>
    <w:p w14:paraId="5CB20389" w14:textId="7826830F" w:rsidR="00555B48" w:rsidRPr="00823AB5" w:rsidRDefault="00000000">
      <w:pPr>
        <w:rPr>
          <w:b/>
          <w:bCs/>
        </w:rPr>
      </w:pPr>
      <w:r w:rsidRPr="00823AB5">
        <w:rPr>
          <w:b/>
          <w:bCs/>
        </w:rPr>
        <w:t>- Early career researcher within 5 years of final academic degree (PhD, MD, MSc)</w:t>
      </w:r>
    </w:p>
    <w:p w14:paraId="79CD310E" w14:textId="77777777" w:rsidR="00146C18" w:rsidRDefault="00146C18"/>
    <w:p w14:paraId="4FDFCC70" w14:textId="77777777" w:rsidR="00146C18" w:rsidRPr="00D250F0" w:rsidRDefault="00000000">
      <w:pPr>
        <w:rPr>
          <w:b/>
          <w:bCs/>
        </w:rPr>
      </w:pPr>
      <w:r>
        <w:t xml:space="preserve">1. </w:t>
      </w:r>
      <w:r w:rsidRPr="00D250F0">
        <w:rPr>
          <w:b/>
          <w:bCs/>
        </w:rPr>
        <w:t>Applicant Information</w:t>
      </w:r>
    </w:p>
    <w:p w14:paraId="57B2C32C" w14:textId="77777777" w:rsidR="00146C18" w:rsidRDefault="00000000">
      <w:r>
        <w:t>Name of applicant:</w:t>
      </w:r>
    </w:p>
    <w:p w14:paraId="7FF64AB1" w14:textId="77777777" w:rsidR="00146C18" w:rsidRDefault="00000000">
      <w:r>
        <w:t>Country of citizenship:</w:t>
      </w:r>
    </w:p>
    <w:p w14:paraId="269C7518" w14:textId="77777777" w:rsidR="00146C18" w:rsidRDefault="00000000">
      <w:r>
        <w:t>Country of residence:</w:t>
      </w:r>
    </w:p>
    <w:p w14:paraId="5B44D8E2" w14:textId="77777777" w:rsidR="00146C18" w:rsidRDefault="00000000">
      <w:r>
        <w:t>Current position and institution:</w:t>
      </w:r>
    </w:p>
    <w:p w14:paraId="7B4134A8" w14:textId="77777777" w:rsidR="00146C18" w:rsidRDefault="00000000">
      <w:r>
        <w:t>Address:</w:t>
      </w:r>
    </w:p>
    <w:p w14:paraId="0F8E1A14" w14:textId="77777777" w:rsidR="00146C18" w:rsidRDefault="00000000">
      <w:r>
        <w:t>Telephone number (including country code):</w:t>
      </w:r>
    </w:p>
    <w:p w14:paraId="598B2D48" w14:textId="77777777" w:rsidR="00146C18" w:rsidRDefault="00000000">
      <w:r>
        <w:t>Email address:</w:t>
      </w:r>
    </w:p>
    <w:p w14:paraId="4B550FF4" w14:textId="77777777" w:rsidR="00146C18" w:rsidRDefault="00000000">
      <w:r>
        <w:t>ORCID / Google Scholar link:</w:t>
      </w:r>
    </w:p>
    <w:p w14:paraId="1951D398" w14:textId="77777777" w:rsidR="00146C18" w:rsidRDefault="00000000">
      <w:r>
        <w:t>ESPEN Membership username (Applicant):</w:t>
      </w:r>
    </w:p>
    <w:p w14:paraId="732F1A6C" w14:textId="77777777" w:rsidR="00146C18" w:rsidRDefault="00000000">
      <w:r>
        <w:t>ESPEN Membership username (Supervisor):</w:t>
      </w:r>
    </w:p>
    <w:p w14:paraId="7115A7E1" w14:textId="77777777" w:rsidR="00146C18" w:rsidRDefault="00000000">
      <w:r>
        <w:t>Previously awarded an ESPEN Fellowship? (Yes/No)</w:t>
      </w:r>
    </w:p>
    <w:p w14:paraId="66D64C4F" w14:textId="30F80BDF" w:rsidR="00146C18" w:rsidRPr="007E0B2B" w:rsidRDefault="007E0B2B">
      <w:r>
        <w:t>(</w:t>
      </w:r>
      <w:r w:rsidRPr="007E0B2B">
        <w:rPr>
          <w:i/>
          <w:iCs/>
        </w:rPr>
        <w:t>Each individual may receive only one ESPEN Fellowship</w:t>
      </w:r>
      <w:r>
        <w:t>)</w:t>
      </w:r>
    </w:p>
    <w:p w14:paraId="52BF2F84" w14:textId="77777777" w:rsidR="0088096B" w:rsidRDefault="0088096B"/>
    <w:p w14:paraId="463A705B" w14:textId="10316A14" w:rsidR="00146C18" w:rsidRDefault="00000000">
      <w:r>
        <w:lastRenderedPageBreak/>
        <w:t xml:space="preserve">2. </w:t>
      </w:r>
      <w:r w:rsidRPr="00D250F0">
        <w:rPr>
          <w:b/>
          <w:bCs/>
        </w:rPr>
        <w:t>Education</w:t>
      </w:r>
    </w:p>
    <w:p w14:paraId="4AF51DFD" w14:textId="77777777" w:rsidR="00146C18" w:rsidRPr="00442230" w:rsidRDefault="00000000">
      <w:pPr>
        <w:rPr>
          <w:i/>
          <w:iCs/>
        </w:rPr>
      </w:pPr>
      <w:r w:rsidRPr="00442230">
        <w:rPr>
          <w:i/>
          <w:iCs/>
        </w:rPr>
        <w:t>List degrees in reverse chronological order (year, degree, institution, country).</w:t>
      </w:r>
    </w:p>
    <w:p w14:paraId="388C3EF7" w14:textId="77777777" w:rsidR="00146C18" w:rsidRDefault="00146C18"/>
    <w:p w14:paraId="77584B37" w14:textId="77777777" w:rsidR="00146C18" w:rsidRPr="00D250F0" w:rsidRDefault="00000000">
      <w:pPr>
        <w:rPr>
          <w:b/>
          <w:bCs/>
        </w:rPr>
      </w:pPr>
      <w:r>
        <w:t xml:space="preserve">3. </w:t>
      </w:r>
      <w:r w:rsidRPr="00D250F0">
        <w:rPr>
          <w:b/>
          <w:bCs/>
        </w:rPr>
        <w:t>Career / Academic Appointments</w:t>
      </w:r>
    </w:p>
    <w:p w14:paraId="114A73BF" w14:textId="77777777" w:rsidR="00146C18" w:rsidRPr="00442230" w:rsidRDefault="00000000">
      <w:pPr>
        <w:rPr>
          <w:i/>
          <w:iCs/>
        </w:rPr>
      </w:pPr>
      <w:r w:rsidRPr="00442230">
        <w:rPr>
          <w:i/>
          <w:iCs/>
        </w:rPr>
        <w:t>List positions in reverse chronological order (position, institution, dates).</w:t>
      </w:r>
    </w:p>
    <w:p w14:paraId="7047161D" w14:textId="77777777" w:rsidR="00146C18" w:rsidRDefault="00146C18"/>
    <w:p w14:paraId="72284B6C" w14:textId="77777777" w:rsidR="00146C18" w:rsidRPr="00D250F0" w:rsidRDefault="00000000">
      <w:pPr>
        <w:rPr>
          <w:b/>
          <w:bCs/>
        </w:rPr>
      </w:pPr>
      <w:r>
        <w:t xml:space="preserve">4. </w:t>
      </w:r>
      <w:r w:rsidRPr="00D250F0">
        <w:rPr>
          <w:b/>
          <w:bCs/>
        </w:rPr>
        <w:t>Awards</w:t>
      </w:r>
    </w:p>
    <w:p w14:paraId="0EE255DD" w14:textId="77777777" w:rsidR="00146C18" w:rsidRPr="00442230" w:rsidRDefault="00000000">
      <w:pPr>
        <w:rPr>
          <w:i/>
          <w:iCs/>
        </w:rPr>
      </w:pPr>
      <w:r w:rsidRPr="00442230">
        <w:rPr>
          <w:i/>
          <w:iCs/>
        </w:rPr>
        <w:t>List relevant awards.</w:t>
      </w:r>
    </w:p>
    <w:p w14:paraId="1C04BADB" w14:textId="77777777" w:rsidR="00146C18" w:rsidRDefault="00146C18"/>
    <w:p w14:paraId="7C81268B" w14:textId="77777777" w:rsidR="00146C18" w:rsidRPr="00D250F0" w:rsidRDefault="00000000">
      <w:pPr>
        <w:rPr>
          <w:b/>
          <w:bCs/>
        </w:rPr>
      </w:pPr>
      <w:r>
        <w:t xml:space="preserve">5. </w:t>
      </w:r>
      <w:r w:rsidRPr="00D250F0">
        <w:rPr>
          <w:b/>
          <w:bCs/>
        </w:rPr>
        <w:t>Publications</w:t>
      </w:r>
    </w:p>
    <w:p w14:paraId="01B08B2D" w14:textId="77777777" w:rsidR="00146C18" w:rsidRPr="00442230" w:rsidRDefault="00000000">
      <w:pPr>
        <w:rPr>
          <w:i/>
          <w:iCs/>
        </w:rPr>
      </w:pPr>
      <w:r w:rsidRPr="00442230">
        <w:rPr>
          <w:i/>
          <w:iCs/>
        </w:rPr>
        <w:t>List peer-reviewed publications from the last 5 years (include DOI).</w:t>
      </w:r>
    </w:p>
    <w:p w14:paraId="6CD7E761" w14:textId="77777777" w:rsidR="00146C18" w:rsidRDefault="00146C18"/>
    <w:p w14:paraId="31D4709F" w14:textId="77777777" w:rsidR="00146C18" w:rsidRPr="00D250F0" w:rsidRDefault="00000000">
      <w:pPr>
        <w:rPr>
          <w:b/>
          <w:bCs/>
        </w:rPr>
      </w:pPr>
      <w:r>
        <w:t xml:space="preserve">6. </w:t>
      </w:r>
      <w:r w:rsidRPr="00D250F0">
        <w:rPr>
          <w:b/>
          <w:bCs/>
        </w:rPr>
        <w:t>Environment</w:t>
      </w:r>
    </w:p>
    <w:p w14:paraId="3DF1623F" w14:textId="77777777" w:rsidR="00146C18" w:rsidRDefault="00000000">
      <w:r>
        <w:t>Project supervisor(s):</w:t>
      </w:r>
    </w:p>
    <w:p w14:paraId="7052E699" w14:textId="77777777" w:rsidR="00146C18" w:rsidRDefault="00000000">
      <w:r>
        <w:t>Other key collaborators:</w:t>
      </w:r>
    </w:p>
    <w:p w14:paraId="37656203" w14:textId="77777777" w:rsidR="00146C18" w:rsidRDefault="00000000">
      <w:r>
        <w:t>Institution, department, laboratory:</w:t>
      </w:r>
    </w:p>
    <w:p w14:paraId="476DCC41" w14:textId="77777777" w:rsidR="00146C18" w:rsidRDefault="00146C18"/>
    <w:p w14:paraId="5A41B82C" w14:textId="77777777" w:rsidR="00146C18" w:rsidRDefault="00000000">
      <w:r>
        <w:t>Equipment and environment:</w:t>
      </w:r>
    </w:p>
    <w:p w14:paraId="264352AB" w14:textId="77777777" w:rsidR="00146C18" w:rsidRPr="00442230" w:rsidRDefault="00000000">
      <w:pPr>
        <w:rPr>
          <w:i/>
          <w:iCs/>
        </w:rPr>
      </w:pPr>
      <w:r w:rsidRPr="00442230">
        <w:rPr>
          <w:i/>
          <w:iCs/>
        </w:rPr>
        <w:t>Describe facilities supporting the project.</w:t>
      </w:r>
    </w:p>
    <w:p w14:paraId="7FC7260F" w14:textId="77777777" w:rsidR="00146C18" w:rsidRDefault="00146C18"/>
    <w:p w14:paraId="160C19A5" w14:textId="77777777" w:rsidR="00146C18" w:rsidRDefault="00000000">
      <w:r>
        <w:t>Ethical approval:</w:t>
      </w:r>
    </w:p>
    <w:p w14:paraId="69407CB8" w14:textId="77777777" w:rsidR="00146C18" w:rsidRDefault="00000000">
      <w:r>
        <w:t>Has the project been submitted to an ethics committee? Yes / No</w:t>
      </w:r>
    </w:p>
    <w:p w14:paraId="69FD9E5F" w14:textId="77777777" w:rsidR="00146C18" w:rsidRDefault="00000000">
      <w:r>
        <w:t>Provide approval or application number.</w:t>
      </w:r>
    </w:p>
    <w:p w14:paraId="5E3E23BE" w14:textId="689DFCCC" w:rsidR="00723B8E" w:rsidRPr="00723B8E" w:rsidRDefault="00723B8E">
      <w:pPr>
        <w:rPr>
          <w:i/>
          <w:iCs/>
        </w:rPr>
      </w:pPr>
      <w:r w:rsidRPr="00723B8E">
        <w:rPr>
          <w:i/>
          <w:iCs/>
        </w:rPr>
        <w:t>Please provide a copy of the approval letter if ethical approval has been granted. If ethical approval is pending, please indicate the application number. Evidence of ethical approval or submission must be sent to Scientific.Committee@espen.org before the fellowship is awarded. Funds will be released only upon receipt of documented ethical approval for the project by 31 August 2026.</w:t>
      </w:r>
    </w:p>
    <w:p w14:paraId="41B18232" w14:textId="77777777" w:rsidR="00146C18" w:rsidRDefault="00146C18"/>
    <w:p w14:paraId="51DC9047" w14:textId="77777777" w:rsidR="00146C18" w:rsidRDefault="00000000">
      <w:r>
        <w:t xml:space="preserve">7. </w:t>
      </w:r>
      <w:r w:rsidRPr="00D250F0">
        <w:rPr>
          <w:b/>
          <w:bCs/>
        </w:rPr>
        <w:t>Description of the Research Project</w:t>
      </w:r>
    </w:p>
    <w:p w14:paraId="7F39692C" w14:textId="6DC5B3CD" w:rsidR="00146C18" w:rsidRDefault="00817BAD">
      <w:r w:rsidRPr="00817BAD">
        <w:rPr>
          <w:i/>
          <w:iCs/>
        </w:rPr>
        <w:t>Maximum length: 4 pages (excluding references), 12-point font.</w:t>
      </w:r>
    </w:p>
    <w:p w14:paraId="5884A8F4" w14:textId="77777777" w:rsidR="00146C18" w:rsidRDefault="00000000" w:rsidP="00932C9B">
      <w:pPr>
        <w:pStyle w:val="ListParagraph"/>
        <w:numPr>
          <w:ilvl w:val="0"/>
          <w:numId w:val="10"/>
        </w:numPr>
      </w:pPr>
      <w:r>
        <w:t>Title</w:t>
      </w:r>
    </w:p>
    <w:p w14:paraId="74528F19" w14:textId="77777777" w:rsidR="00146C18" w:rsidRDefault="00000000" w:rsidP="00932C9B">
      <w:pPr>
        <w:pStyle w:val="ListParagraph"/>
        <w:numPr>
          <w:ilvl w:val="0"/>
          <w:numId w:val="10"/>
        </w:numPr>
      </w:pPr>
      <w:r>
        <w:t>Background and preliminary data</w:t>
      </w:r>
    </w:p>
    <w:p w14:paraId="1E48B8F5" w14:textId="77777777" w:rsidR="00146C18" w:rsidRDefault="00000000" w:rsidP="00932C9B">
      <w:pPr>
        <w:pStyle w:val="ListParagraph"/>
        <w:numPr>
          <w:ilvl w:val="0"/>
          <w:numId w:val="10"/>
        </w:numPr>
      </w:pPr>
      <w:r>
        <w:t>Specific aims (max 2)</w:t>
      </w:r>
    </w:p>
    <w:p w14:paraId="66EC40AE" w14:textId="0CD0CBE0" w:rsidR="00146C18" w:rsidRDefault="00000000" w:rsidP="00932C9B">
      <w:pPr>
        <w:pStyle w:val="ListParagraph"/>
        <w:numPr>
          <w:ilvl w:val="0"/>
          <w:numId w:val="10"/>
        </w:numPr>
      </w:pPr>
      <w:r>
        <w:t xml:space="preserve">Innovation </w:t>
      </w:r>
    </w:p>
    <w:p w14:paraId="107A3D76" w14:textId="4355BB6C" w:rsidR="00146C18" w:rsidRDefault="00000000" w:rsidP="00932C9B">
      <w:pPr>
        <w:pStyle w:val="ListParagraph"/>
        <w:numPr>
          <w:ilvl w:val="0"/>
          <w:numId w:val="10"/>
        </w:numPr>
      </w:pPr>
      <w:r>
        <w:t>Study desig</w:t>
      </w:r>
      <w:r w:rsidR="00062DB1">
        <w:t>n</w:t>
      </w:r>
    </w:p>
    <w:p w14:paraId="3C94A113" w14:textId="77777777" w:rsidR="00146C18" w:rsidRDefault="00000000" w:rsidP="00932C9B">
      <w:pPr>
        <w:pStyle w:val="ListParagraph"/>
        <w:numPr>
          <w:ilvl w:val="0"/>
          <w:numId w:val="10"/>
        </w:numPr>
      </w:pPr>
      <w:r>
        <w:t>Methods</w:t>
      </w:r>
    </w:p>
    <w:p w14:paraId="2CF41B23" w14:textId="77777777" w:rsidR="00146C18" w:rsidRDefault="00000000" w:rsidP="00932C9B">
      <w:pPr>
        <w:pStyle w:val="ListParagraph"/>
        <w:numPr>
          <w:ilvl w:val="0"/>
          <w:numId w:val="10"/>
        </w:numPr>
      </w:pPr>
      <w:r>
        <w:t>Pitfalls and limitations</w:t>
      </w:r>
    </w:p>
    <w:p w14:paraId="2BC1E143" w14:textId="77777777" w:rsidR="00146C18" w:rsidRDefault="00000000" w:rsidP="00932C9B">
      <w:pPr>
        <w:pStyle w:val="ListParagraph"/>
        <w:numPr>
          <w:ilvl w:val="0"/>
          <w:numId w:val="10"/>
        </w:numPr>
      </w:pPr>
      <w:r>
        <w:t>Timeline (max 3 years)</w:t>
      </w:r>
    </w:p>
    <w:p w14:paraId="47EB8F1F" w14:textId="77777777" w:rsidR="00146C18" w:rsidRDefault="00146C18"/>
    <w:p w14:paraId="32DE728D" w14:textId="77777777" w:rsidR="00146C18" w:rsidRDefault="00000000">
      <w:r>
        <w:t xml:space="preserve">8. </w:t>
      </w:r>
      <w:r w:rsidRPr="00400C78">
        <w:rPr>
          <w:b/>
          <w:bCs/>
        </w:rPr>
        <w:t>Supervisor Information</w:t>
      </w:r>
    </w:p>
    <w:p w14:paraId="1ADD6058" w14:textId="77777777" w:rsidR="00146C18" w:rsidRDefault="00000000">
      <w:r>
        <w:t>Name:</w:t>
      </w:r>
    </w:p>
    <w:p w14:paraId="39C5D0A2" w14:textId="77777777" w:rsidR="00146C18" w:rsidRDefault="00000000">
      <w:r>
        <w:t>Position and institution:</w:t>
      </w:r>
    </w:p>
    <w:p w14:paraId="74E1A752" w14:textId="77777777" w:rsidR="00146C18" w:rsidRDefault="00000000">
      <w:r>
        <w:t>Email:</w:t>
      </w:r>
    </w:p>
    <w:p w14:paraId="0FDCF824" w14:textId="77777777" w:rsidR="00146C18" w:rsidRDefault="00000000">
      <w:r>
        <w:t>Current grants related to the proposal:</w:t>
      </w:r>
    </w:p>
    <w:p w14:paraId="2B284097" w14:textId="77777777" w:rsidR="00146C18" w:rsidRDefault="00000000">
      <w:r>
        <w:t>Five best peer-reviewed publications (last 5 years) with contribution statement.</w:t>
      </w:r>
    </w:p>
    <w:p w14:paraId="4242AD95" w14:textId="77777777" w:rsidR="00146C18" w:rsidRDefault="00146C18"/>
    <w:p w14:paraId="130A06F9" w14:textId="77777777" w:rsidR="00146C18" w:rsidRDefault="00000000">
      <w:r>
        <w:t xml:space="preserve">9. </w:t>
      </w:r>
      <w:r w:rsidRPr="001717B6">
        <w:rPr>
          <w:b/>
          <w:bCs/>
        </w:rPr>
        <w:t>Budget (Euros)</w:t>
      </w:r>
    </w:p>
    <w:p w14:paraId="02BA29C5" w14:textId="3713A6FF" w:rsidR="00146C18" w:rsidRPr="001717B6" w:rsidRDefault="00000000">
      <w:pPr>
        <w:rPr>
          <w:i/>
          <w:iCs/>
        </w:rPr>
      </w:pPr>
      <w:r w:rsidRPr="001717B6">
        <w:rPr>
          <w:i/>
          <w:iCs/>
        </w:rPr>
        <w:t>Maximum award: €80,000 (</w:t>
      </w:r>
      <w:r w:rsidRPr="001717B6">
        <w:rPr>
          <w:b/>
          <w:bCs/>
          <w:i/>
          <w:iCs/>
        </w:rPr>
        <w:t>no institutional overhead</w:t>
      </w:r>
      <w:r w:rsidR="001717B6">
        <w:rPr>
          <w:b/>
          <w:bCs/>
          <w:i/>
          <w:iCs/>
        </w:rPr>
        <w:t xml:space="preserve"> allowed</w:t>
      </w:r>
      <w:r w:rsidRPr="001717B6">
        <w:rPr>
          <w:i/>
          <w:iCs/>
        </w:rPr>
        <w:t>)</w:t>
      </w:r>
    </w:p>
    <w:p w14:paraId="3AE11D98" w14:textId="41E1E90C" w:rsidR="00146C18" w:rsidRDefault="00AE47F3">
      <w:pPr>
        <w:rPr>
          <w:i/>
          <w:iCs/>
        </w:rPr>
      </w:pPr>
      <w:r w:rsidRPr="00C6184C">
        <w:rPr>
          <w:i/>
          <w:iCs/>
        </w:rPr>
        <w:t>Travel: o</w:t>
      </w:r>
      <w:r w:rsidRPr="00C6184C">
        <w:rPr>
          <w:i/>
          <w:iCs/>
        </w:rPr>
        <w:t>nly costs directly related to the funded research are eligible. Travel and accommodation expenses for the ESPEN Congress, where the results of the study will be presented, are covered separately by ESPEN.</w:t>
      </w:r>
    </w:p>
    <w:p w14:paraId="271748EF" w14:textId="77777777" w:rsidR="00C6184C" w:rsidRPr="00C6184C" w:rsidRDefault="00C6184C">
      <w:pPr>
        <w:rPr>
          <w:i/>
          <w:iCs/>
        </w:rPr>
      </w:pPr>
    </w:p>
    <w:p w14:paraId="69391E72" w14:textId="18A233C0" w:rsidR="00146C18" w:rsidRDefault="00000000">
      <w:r>
        <w:t>Salary (applicant only</w:t>
      </w:r>
      <w:r w:rsidR="009613E9">
        <w:t>, itemized</w:t>
      </w:r>
      <w:r>
        <w:t>):</w:t>
      </w:r>
    </w:p>
    <w:p w14:paraId="4F51DE2B" w14:textId="77777777" w:rsidR="00146C18" w:rsidRDefault="00000000">
      <w:r>
        <w:t>Materials (itemized):</w:t>
      </w:r>
    </w:p>
    <w:p w14:paraId="12C500E6" w14:textId="77777777" w:rsidR="00146C18" w:rsidRDefault="00000000">
      <w:r>
        <w:t>Travel (research-related only):</w:t>
      </w:r>
    </w:p>
    <w:p w14:paraId="2AC032E6" w14:textId="77777777" w:rsidR="00146C18" w:rsidRDefault="00000000">
      <w:r>
        <w:t>Other costs:</w:t>
      </w:r>
    </w:p>
    <w:p w14:paraId="2A6D7600" w14:textId="77777777" w:rsidR="00146C18" w:rsidRDefault="00000000">
      <w:r>
        <w:t>Total:</w:t>
      </w:r>
    </w:p>
    <w:p w14:paraId="4454ACAD" w14:textId="77777777" w:rsidR="00146C18" w:rsidRDefault="00000000">
      <w:r>
        <w:lastRenderedPageBreak/>
        <w:t>Additional funding required? Yes / No</w:t>
      </w:r>
    </w:p>
    <w:p w14:paraId="4E303078" w14:textId="551A57B9" w:rsidR="00B8079F" w:rsidRPr="00B8079F" w:rsidRDefault="00B8079F" w:rsidP="00B8079F">
      <w:pPr>
        <w:rPr>
          <w:i/>
          <w:iCs/>
        </w:rPr>
      </w:pPr>
      <w:r w:rsidRPr="00B8079F">
        <w:rPr>
          <w:i/>
          <w:iCs/>
        </w:rPr>
        <w:t>If yes, please specify the source(s) of additional funding obtained (with supporting documentation) and confirm that there is no overlap with ESPEN funding.</w:t>
      </w:r>
    </w:p>
    <w:p w14:paraId="7F71380B" w14:textId="77777777" w:rsidR="00146C18" w:rsidRDefault="00146C18"/>
    <w:p w14:paraId="0A3F1C97" w14:textId="42E5D3C7" w:rsidR="00146C18" w:rsidRDefault="00000000">
      <w:r>
        <w:t xml:space="preserve">10. </w:t>
      </w:r>
      <w:r w:rsidRPr="002E74D8">
        <w:rPr>
          <w:b/>
          <w:bCs/>
        </w:rPr>
        <w:t>Declarations and Signatures</w:t>
      </w:r>
    </w:p>
    <w:p w14:paraId="32388C3F" w14:textId="77777777" w:rsidR="00146C18" w:rsidRDefault="00000000">
      <w:r>
        <w:t>Fellowship Applicant Declaration</w:t>
      </w:r>
    </w:p>
    <w:p w14:paraId="1AEE3505" w14:textId="013998C7" w:rsidR="005C5098" w:rsidRDefault="005C5098">
      <w:r w:rsidRPr="005C5098">
        <w:t>I confirm that, if awarded an ESPEN Fellowship, I will present the results of the study at the annual ESPEN Congress, upon invitation by ESPEN, within 3–4 years of receiving the fellowship</w:t>
      </w:r>
    </w:p>
    <w:p w14:paraId="3E6919FD" w14:textId="77777777" w:rsidR="00146C18" w:rsidRDefault="00000000">
      <w:r>
        <w:t>Name:</w:t>
      </w:r>
    </w:p>
    <w:p w14:paraId="6116D53A" w14:textId="77777777" w:rsidR="00146C18" w:rsidRDefault="00000000">
      <w:r>
        <w:t>Date:</w:t>
      </w:r>
    </w:p>
    <w:p w14:paraId="271D0AC4" w14:textId="3CA361D5" w:rsidR="00146C18" w:rsidRDefault="00000000">
      <w:r>
        <w:t>Signature:</w:t>
      </w:r>
    </w:p>
    <w:p w14:paraId="3B60BA29" w14:textId="77777777" w:rsidR="000563CA" w:rsidRDefault="000563CA"/>
    <w:p w14:paraId="2032BDD3" w14:textId="77777777" w:rsidR="00146C18" w:rsidRDefault="00000000">
      <w:r>
        <w:t>Supervisor Declaration</w:t>
      </w:r>
    </w:p>
    <w:p w14:paraId="14937F82" w14:textId="582D28E1" w:rsidR="008F0957" w:rsidRDefault="008F0957">
      <w:r w:rsidRPr="008F0957">
        <w:t>I confirm that I will supervise the fellowship applicant and that all necessary facilities and support are available at my institution to ensure timely completion of the project.</w:t>
      </w:r>
    </w:p>
    <w:p w14:paraId="55A8F91B" w14:textId="77777777" w:rsidR="00146C18" w:rsidRDefault="00000000">
      <w:r>
        <w:t>Name:</w:t>
      </w:r>
    </w:p>
    <w:p w14:paraId="4E695627" w14:textId="77777777" w:rsidR="00146C18" w:rsidRDefault="00000000">
      <w:r>
        <w:t>Position:</w:t>
      </w:r>
    </w:p>
    <w:p w14:paraId="3A1AEBBD" w14:textId="77777777" w:rsidR="00146C18" w:rsidRDefault="00000000">
      <w:r>
        <w:t>Date:</w:t>
      </w:r>
    </w:p>
    <w:p w14:paraId="35D275C5" w14:textId="77777777" w:rsidR="00146C18" w:rsidRDefault="00000000">
      <w:r>
        <w:t>Signature and official seal:</w:t>
      </w:r>
    </w:p>
    <w:p w14:paraId="65FCE4AD" w14:textId="77777777" w:rsidR="00146C18" w:rsidRDefault="00146C18"/>
    <w:p w14:paraId="19A63A42" w14:textId="46D901AA" w:rsidR="00EA1F31" w:rsidRPr="00EA1F31" w:rsidRDefault="00EA1F31" w:rsidP="00EA1F31">
      <w:pPr>
        <w:rPr>
          <w:b/>
          <w:bCs/>
        </w:rPr>
      </w:pPr>
      <w:r>
        <w:rPr>
          <w:b/>
          <w:bCs/>
        </w:rPr>
        <w:t>T</w:t>
      </w:r>
      <w:r w:rsidRPr="00EA1F31">
        <w:rPr>
          <w:b/>
          <w:bCs/>
        </w:rPr>
        <w:t>he submission of this application must be approved by an authorized representative of the institution where the research will be conducted (e.g. finance or grants manager; not the head of department or the project supervisor).</w:t>
      </w:r>
    </w:p>
    <w:p w14:paraId="1915A423" w14:textId="77777777" w:rsidR="00EA1F31" w:rsidRPr="000563CA" w:rsidRDefault="00EA1F31" w:rsidP="00EA1F31">
      <w:r w:rsidRPr="000563CA">
        <w:t>I hereby confirm, on behalf of the institution, that the application may be submitted and that the institution agrees to host the proposed research under the conditions described.</w:t>
      </w:r>
    </w:p>
    <w:p w14:paraId="6E4681FE" w14:textId="545ACD27" w:rsidR="00EA1F31" w:rsidRPr="000563CA" w:rsidRDefault="00EA1F31" w:rsidP="00EA1F31">
      <w:r w:rsidRPr="000563CA">
        <w:t>Name of the institutional representative:</w:t>
      </w:r>
    </w:p>
    <w:p w14:paraId="07F0A4F9" w14:textId="77777777" w:rsidR="000563CA" w:rsidRDefault="00EA1F31" w:rsidP="00EA1F31">
      <w:r w:rsidRPr="000563CA">
        <w:t>Position:</w:t>
      </w:r>
    </w:p>
    <w:p w14:paraId="52A0EAB1" w14:textId="5549B6A4" w:rsidR="00DD7B81" w:rsidRPr="000563CA" w:rsidRDefault="00EA1F31" w:rsidP="00EA1F31">
      <w:r w:rsidRPr="000563CA">
        <w:t>Signature and official seal:</w:t>
      </w:r>
    </w:p>
    <w:sectPr w:rsidR="00DD7B81" w:rsidRPr="000563C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4685962"/>
    <w:multiLevelType w:val="hybridMultilevel"/>
    <w:tmpl w:val="9FEA41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5395184">
    <w:abstractNumId w:val="8"/>
  </w:num>
  <w:num w:numId="2" w16cid:durableId="27605218">
    <w:abstractNumId w:val="6"/>
  </w:num>
  <w:num w:numId="3" w16cid:durableId="1203984596">
    <w:abstractNumId w:val="5"/>
  </w:num>
  <w:num w:numId="4" w16cid:durableId="243609747">
    <w:abstractNumId w:val="4"/>
  </w:num>
  <w:num w:numId="5" w16cid:durableId="1872184327">
    <w:abstractNumId w:val="7"/>
  </w:num>
  <w:num w:numId="6" w16cid:durableId="159002823">
    <w:abstractNumId w:val="3"/>
  </w:num>
  <w:num w:numId="7" w16cid:durableId="2099055266">
    <w:abstractNumId w:val="2"/>
  </w:num>
  <w:num w:numId="8" w16cid:durableId="1072777769">
    <w:abstractNumId w:val="1"/>
  </w:num>
  <w:num w:numId="9" w16cid:durableId="186985734">
    <w:abstractNumId w:val="0"/>
  </w:num>
  <w:num w:numId="10" w16cid:durableId="8793220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3CA"/>
    <w:rsid w:val="0006063C"/>
    <w:rsid w:val="00062DB1"/>
    <w:rsid w:val="00146C18"/>
    <w:rsid w:val="0015074B"/>
    <w:rsid w:val="001717B6"/>
    <w:rsid w:val="0029639D"/>
    <w:rsid w:val="002E74D8"/>
    <w:rsid w:val="00326F90"/>
    <w:rsid w:val="003D0B39"/>
    <w:rsid w:val="003D120E"/>
    <w:rsid w:val="00400C78"/>
    <w:rsid w:val="00442230"/>
    <w:rsid w:val="00475EA8"/>
    <w:rsid w:val="004E052E"/>
    <w:rsid w:val="00555B48"/>
    <w:rsid w:val="005B0590"/>
    <w:rsid w:val="005C5098"/>
    <w:rsid w:val="006A0B7E"/>
    <w:rsid w:val="00723B8E"/>
    <w:rsid w:val="007E0B2B"/>
    <w:rsid w:val="00817BAD"/>
    <w:rsid w:val="00823AB5"/>
    <w:rsid w:val="0088096B"/>
    <w:rsid w:val="008F0957"/>
    <w:rsid w:val="00932C9B"/>
    <w:rsid w:val="009613E9"/>
    <w:rsid w:val="00AA1D8D"/>
    <w:rsid w:val="00AE47F3"/>
    <w:rsid w:val="00B47730"/>
    <w:rsid w:val="00B52349"/>
    <w:rsid w:val="00B8079F"/>
    <w:rsid w:val="00C6184C"/>
    <w:rsid w:val="00CB0664"/>
    <w:rsid w:val="00D250F0"/>
    <w:rsid w:val="00DD7B81"/>
    <w:rsid w:val="00E21801"/>
    <w:rsid w:val="00EA1F3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4B930"/>
  <w14:defaultImageDpi w14:val="300"/>
  <w15:docId w15:val="{0DA39758-B58C-DF48-993E-0AF6B5EB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B0590"/>
    <w:rPr>
      <w:color w:val="0000FF" w:themeColor="hyperlink"/>
      <w:u w:val="single"/>
    </w:rPr>
  </w:style>
  <w:style w:type="character" w:styleId="UnresolvedMention">
    <w:name w:val="Unresolved Mention"/>
    <w:basedOn w:val="DefaultParagraphFont"/>
    <w:uiPriority w:val="99"/>
    <w:semiHidden/>
    <w:unhideWhenUsed/>
    <w:rsid w:val="005B05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cientific.Committee@espen.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dd8cbebb-2139-4df8-b411-4e3e87abeb5c}" enabled="0" method="" siteId="{dd8cbebb-2139-4df8-b411-4e3e87abeb5c}" removed="1"/>
</clbl:labelList>
</file>

<file path=docProps/app.xml><?xml version="1.0" encoding="utf-8"?>
<Properties xmlns="http://schemas.openxmlformats.org/officeDocument/2006/extended-properties" xmlns:vt="http://schemas.openxmlformats.org/officeDocument/2006/docPropsVTypes">
  <Template>Normal.dotm</Template>
  <TotalTime>19</TotalTime>
  <Pages>4</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Serlie, Mireille</cp:lastModifiedBy>
  <cp:revision>30</cp:revision>
  <dcterms:created xsi:type="dcterms:W3CDTF">2026-01-28T20:19:00Z</dcterms:created>
  <dcterms:modified xsi:type="dcterms:W3CDTF">2026-01-28T20:43:00Z</dcterms:modified>
  <cp:category/>
</cp:coreProperties>
</file>