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ook w:val="04A0" w:firstRow="1" w:lastRow="0" w:firstColumn="1" w:lastColumn="0" w:noHBand="0" w:noVBand="1"/>
      </w:tblPr>
      <w:tblGrid>
        <w:gridCol w:w="5112"/>
        <w:gridCol w:w="5112"/>
      </w:tblGrid>
      <w:tr w:rsidR="00256248" w14:paraId="41FD9A3A" w14:textId="77777777">
        <w:tc>
          <w:tcPr>
            <w:tcW w:w="5112" w:type="dxa"/>
            <w:tcBorders>
              <w:bottom w:val="single" w:sz="10" w:space="0" w:color="000000"/>
            </w:tcBorders>
          </w:tcPr>
          <w:p w14:paraId="34D1800D" w14:textId="77777777" w:rsidR="00836BE4" w:rsidRDefault="00A61B73" w:rsidP="00836BE4">
            <w:pPr>
              <w:jc w:val="center"/>
              <w:rPr>
                <w:b/>
                <w:sz w:val="30"/>
              </w:rPr>
            </w:pPr>
            <w:r>
              <w:rPr>
                <w:noProof/>
              </w:rPr>
              <w:drawing>
                <wp:anchor distT="0" distB="0" distL="114300" distR="114300" simplePos="0" relativeHeight="251658240" behindDoc="0" locked="0" layoutInCell="1" allowOverlap="1" wp14:anchorId="1F78B4EE" wp14:editId="5F6ACD27">
                  <wp:simplePos x="0" y="0"/>
                  <wp:positionH relativeFrom="column">
                    <wp:posOffset>-54120</wp:posOffset>
                  </wp:positionH>
                  <wp:positionV relativeFrom="paragraph">
                    <wp:posOffset>0</wp:posOffset>
                  </wp:positionV>
                  <wp:extent cx="658368" cy="1822856"/>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en_logo.png"/>
                          <pic:cNvPicPr/>
                        </pic:nvPicPr>
                        <pic:blipFill>
                          <a:blip r:embed="rId6"/>
                          <a:stretch>
                            <a:fillRect/>
                          </a:stretch>
                        </pic:blipFill>
                        <pic:spPr>
                          <a:xfrm>
                            <a:off x="0" y="0"/>
                            <a:ext cx="658368" cy="1822856"/>
                          </a:xfrm>
                          <a:prstGeom prst="rect">
                            <a:avLst/>
                          </a:prstGeom>
                        </pic:spPr>
                      </pic:pic>
                    </a:graphicData>
                  </a:graphic>
                  <wp14:sizeRelH relativeFrom="page">
                    <wp14:pctWidth>0</wp14:pctWidth>
                  </wp14:sizeRelH>
                  <wp14:sizeRelV relativeFrom="page">
                    <wp14:pctHeight>0</wp14:pctHeight>
                  </wp14:sizeRelV>
                </wp:anchor>
              </w:drawing>
            </w:r>
            <w:r w:rsidR="00836BE4">
              <w:rPr>
                <w:b/>
                <w:sz w:val="30"/>
              </w:rPr>
              <w:t xml:space="preserve">ESPEN SCIENTIFIC COMMITTEE </w:t>
            </w:r>
          </w:p>
          <w:p w14:paraId="12911AC6" w14:textId="407071FB" w:rsidR="00256248" w:rsidRDefault="00836BE4" w:rsidP="00836BE4">
            <w:pPr>
              <w:jc w:val="center"/>
            </w:pPr>
            <w:r>
              <w:rPr>
                <w:b/>
                <w:sz w:val="26"/>
              </w:rPr>
              <w:t>CALL FOR NEW MEMBERS</w:t>
            </w:r>
          </w:p>
        </w:tc>
        <w:tc>
          <w:tcPr>
            <w:tcW w:w="5112" w:type="dxa"/>
            <w:tcBorders>
              <w:bottom w:val="single" w:sz="10" w:space="0" w:color="000000"/>
            </w:tcBorders>
          </w:tcPr>
          <w:p w14:paraId="60BCB1CB" w14:textId="54463E4E" w:rsidR="00256248" w:rsidRDefault="00256248">
            <w:pPr>
              <w:jc w:val="center"/>
            </w:pPr>
          </w:p>
        </w:tc>
      </w:tr>
    </w:tbl>
    <w:p w14:paraId="391288F9" w14:textId="77777777" w:rsidR="00256248" w:rsidRDefault="00256248"/>
    <w:p w14:paraId="171D937F" w14:textId="3C0D02DF" w:rsidR="00256248" w:rsidRDefault="00A61B73">
      <w:r>
        <w:t>ESPEN invites applications for two positions on the ESPEN Scientific Committee. We are seeking established</w:t>
      </w:r>
      <w:r w:rsidR="00836BE4">
        <w:t xml:space="preserve"> physician-scientists or basic scientists</w:t>
      </w:r>
      <w:r>
        <w:t xml:space="preserve"> who can contribute to the scientific strategy and activities of ESPEN and strengthen the Society's national and international scientific profile.</w:t>
      </w:r>
    </w:p>
    <w:p w14:paraId="64B03D36" w14:textId="77777777" w:rsidR="00256248" w:rsidRDefault="00A61B73">
      <w:pPr>
        <w:spacing w:before="120"/>
      </w:pPr>
      <w:r>
        <w:rPr>
          <w:b/>
          <w:sz w:val="22"/>
          <w:u w:val="single"/>
        </w:rPr>
        <w:t>Eligibility criteria</w:t>
      </w:r>
    </w:p>
    <w:p w14:paraId="582924CC" w14:textId="7EC4F66D" w:rsidR="00256248" w:rsidRDefault="00A61B73">
      <w:pPr>
        <w:pStyle w:val="ListBullet"/>
        <w:spacing w:after="60"/>
      </w:pPr>
      <w:r>
        <w:t>Independent Principal Investigator at the level of Associate Professor or Professo</w:t>
      </w:r>
      <w:r w:rsidR="00836BE4">
        <w:t>r</w:t>
      </w:r>
      <w:r>
        <w:t>.</w:t>
      </w:r>
    </w:p>
    <w:p w14:paraId="3D757A54" w14:textId="6C335393" w:rsidR="00256248" w:rsidRDefault="00A61B73">
      <w:pPr>
        <w:pStyle w:val="ListBullet"/>
        <w:spacing w:after="60"/>
      </w:pPr>
      <w:r>
        <w:t>Active research program in clinical nutrition</w:t>
      </w:r>
      <w:r w:rsidR="00836BE4">
        <w:t xml:space="preserve"> and/or </w:t>
      </w:r>
      <w:r>
        <w:t>metabolism</w:t>
      </w:r>
      <w:r w:rsidR="00836BE4">
        <w:t>.</w:t>
      </w:r>
    </w:p>
    <w:p w14:paraId="5EE2C8A6" w14:textId="3B730482" w:rsidR="00256248" w:rsidRDefault="00A61B73" w:rsidP="006865C4">
      <w:pPr>
        <w:pStyle w:val="ListBullet"/>
      </w:pPr>
      <w:r>
        <w:t>Active and sustained scientific productivity, evidenced by recent peer-reviewed publications.</w:t>
      </w:r>
      <w:r w:rsidR="00AD52D6" w:rsidRPr="00AD52D6">
        <w:t xml:space="preserve"> H-index &gt;20 and i10-index &gt; 30 (Google Scholar).</w:t>
      </w:r>
    </w:p>
    <w:p w14:paraId="3D3863DE" w14:textId="77777777" w:rsidR="00256248" w:rsidRDefault="00A61B73">
      <w:pPr>
        <w:pStyle w:val="ListBullet"/>
        <w:spacing w:after="60"/>
      </w:pPr>
      <w:r>
        <w:t>Track record of competitive research funding, including current active research funding as Principal Investigator or equivalent.</w:t>
      </w:r>
    </w:p>
    <w:p w14:paraId="375C1424" w14:textId="77777777" w:rsidR="00256248" w:rsidRDefault="00A61B73">
      <w:pPr>
        <w:pStyle w:val="ListBullet"/>
        <w:spacing w:after="60"/>
      </w:pPr>
      <w:r>
        <w:t>National and international scientific engagement and recognition, for example through invited lectures, international collaborations, scientific leadership positions, editorial activities, guideline or consensus activities, or active participation in national and international scientific organizations.</w:t>
      </w:r>
    </w:p>
    <w:p w14:paraId="627D7068" w14:textId="77777777" w:rsidR="00256248" w:rsidRDefault="00A61B73">
      <w:pPr>
        <w:pStyle w:val="ListBullet"/>
        <w:spacing w:after="60"/>
      </w:pPr>
      <w:r>
        <w:t>ESPEN member for at least 5 years.</w:t>
      </w:r>
    </w:p>
    <w:p w14:paraId="014E42FE" w14:textId="77777777" w:rsidR="00256248" w:rsidRDefault="00A61B73">
      <w:pPr>
        <w:spacing w:before="120"/>
      </w:pPr>
      <w:r>
        <w:rPr>
          <w:b/>
          <w:sz w:val="22"/>
          <w:u w:val="single"/>
        </w:rPr>
        <w:t>Expected activities</w:t>
      </w:r>
    </w:p>
    <w:p w14:paraId="326CAB65" w14:textId="77777777" w:rsidR="00256248" w:rsidRDefault="00A61B73">
      <w:r>
        <w:rPr>
          <w:b/>
        </w:rPr>
        <w:t xml:space="preserve">Scientific program: </w:t>
      </w:r>
      <w:r>
        <w:t>contributing to the development and scientific quality of the ESPEN Congress program and other ESPEN scientific activities.</w:t>
      </w:r>
    </w:p>
    <w:p w14:paraId="0DF8001C" w14:textId="3403BE2D" w:rsidR="00256248" w:rsidRDefault="00A61B73">
      <w:r>
        <w:rPr>
          <w:b/>
        </w:rPr>
        <w:t xml:space="preserve">Scientific evaluation: </w:t>
      </w:r>
      <w:r>
        <w:t xml:space="preserve">reviewing and scoring abstracts submitted to the ESPEN Congress and evaluating scientific </w:t>
      </w:r>
      <w:r w:rsidR="000D1E82">
        <w:t xml:space="preserve">grant </w:t>
      </w:r>
      <w:r>
        <w:t xml:space="preserve">proposals and </w:t>
      </w:r>
      <w:r w:rsidR="000D1E82">
        <w:t xml:space="preserve">other </w:t>
      </w:r>
      <w:r>
        <w:t>initiatives.</w:t>
      </w:r>
    </w:p>
    <w:p w14:paraId="7E28FCE9" w14:textId="77777777" w:rsidR="00256248" w:rsidRDefault="00A61B73">
      <w:r>
        <w:rPr>
          <w:b/>
        </w:rPr>
        <w:t xml:space="preserve">Congress: </w:t>
      </w:r>
      <w:r>
        <w:t>active participation in the ESPEN Congress, including chairing and moderating scientific sessions.</w:t>
      </w:r>
    </w:p>
    <w:p w14:paraId="3C5111BA" w14:textId="3E09E83D" w:rsidR="006865C4" w:rsidRDefault="006865C4">
      <w:r w:rsidRPr="00A328EB">
        <w:rPr>
          <w:b/>
          <w:bCs/>
        </w:rPr>
        <w:t>Meetings:</w:t>
      </w:r>
      <w:r w:rsidRPr="006865C4">
        <w:t xml:space="preserve"> </w:t>
      </w:r>
      <w:r w:rsidR="00836589">
        <w:t>a</w:t>
      </w:r>
      <w:r w:rsidR="00836589" w:rsidRPr="00836589">
        <w:t>ttend the Scientific Committee’s in-person meetings in January, May, and September.</w:t>
      </w:r>
    </w:p>
    <w:p w14:paraId="057B6AD3" w14:textId="77777777" w:rsidR="00256248" w:rsidRDefault="00A61B73">
      <w:r>
        <w:rPr>
          <w:b/>
        </w:rPr>
        <w:t xml:space="preserve">Scientific strategy: </w:t>
      </w:r>
      <w:r>
        <w:t>contributing to the development of ESPEN's scientific priorities and initiatives.</w:t>
      </w:r>
    </w:p>
    <w:p w14:paraId="7ECF9858" w14:textId="77777777" w:rsidR="00256248" w:rsidRDefault="00A61B73">
      <w:pPr>
        <w:spacing w:before="120"/>
      </w:pPr>
      <w:r>
        <w:rPr>
          <w:b/>
          <w:sz w:val="22"/>
          <w:u w:val="single"/>
        </w:rPr>
        <w:t>Term of office</w:t>
      </w:r>
    </w:p>
    <w:p w14:paraId="7D147608" w14:textId="77777777" w:rsidR="00256248" w:rsidRDefault="00A61B73">
      <w:r>
        <w:t>4 years, not renewable.</w:t>
      </w:r>
    </w:p>
    <w:p w14:paraId="1500F9BC" w14:textId="77777777" w:rsidR="00256248" w:rsidRDefault="00A61B73">
      <w:pPr>
        <w:spacing w:before="120"/>
      </w:pPr>
      <w:r>
        <w:rPr>
          <w:b/>
          <w:sz w:val="22"/>
          <w:u w:val="single"/>
        </w:rPr>
        <w:t>How to apply</w:t>
      </w:r>
    </w:p>
    <w:p w14:paraId="61795944" w14:textId="77777777" w:rsidR="00256248" w:rsidRDefault="00A61B73">
      <w:r>
        <w:t>Submit the completed and signed application form in PDF format to Professor Mireille Serlie, Chair of the ESPEN Scientific Committee (scientific.committee@espen.org), with a copy to the ESPEN Executive Committee (Execom@espen.org).</w:t>
      </w:r>
    </w:p>
    <w:p w14:paraId="076279D9" w14:textId="44B426CD" w:rsidR="00256248" w:rsidRDefault="000D1E82">
      <w:r>
        <w:rPr>
          <w:b/>
        </w:rPr>
        <w:t>Use the s</w:t>
      </w:r>
      <w:r w:rsidR="00A61B73">
        <w:rPr>
          <w:b/>
        </w:rPr>
        <w:t xml:space="preserve">ubject line: </w:t>
      </w:r>
      <w:r w:rsidR="00A61B73">
        <w:t>ESPEN Scientific Committee 2026 – Application</w:t>
      </w:r>
    </w:p>
    <w:p w14:paraId="67E91BC6" w14:textId="77777777" w:rsidR="00256248" w:rsidRDefault="00A61B73">
      <w:r>
        <w:rPr>
          <w:b/>
        </w:rPr>
        <w:t>Deadline: 6 November 2026, 5 pm CET.</w:t>
      </w:r>
    </w:p>
    <w:p w14:paraId="74DB5FA1" w14:textId="77777777" w:rsidR="00256248" w:rsidRDefault="00A61B73">
      <w:r>
        <w:t>Late submissions will not be considered.</w:t>
      </w:r>
    </w:p>
    <w:p w14:paraId="1EF0A87D" w14:textId="77777777" w:rsidR="00256248" w:rsidRDefault="00A61B73">
      <w:r>
        <w:br w:type="page"/>
      </w:r>
    </w:p>
    <w:p w14:paraId="117C86C6" w14:textId="77777777" w:rsidR="00256248" w:rsidRDefault="00A61B73">
      <w:pPr>
        <w:jc w:val="center"/>
      </w:pPr>
      <w:r>
        <w:rPr>
          <w:b/>
          <w:sz w:val="30"/>
        </w:rPr>
        <w:lastRenderedPageBreak/>
        <w:t>ESPEN SCIENTIFIC COMMITTEE 2026</w:t>
      </w:r>
      <w:r>
        <w:rPr>
          <w:b/>
          <w:sz w:val="30"/>
        </w:rPr>
        <w:br/>
        <w:t>APPLICATION FORM</w:t>
      </w:r>
    </w:p>
    <w:p w14:paraId="714B18B8" w14:textId="77777777" w:rsidR="00256248" w:rsidRDefault="00A61B73">
      <w:pPr>
        <w:spacing w:before="120"/>
      </w:pPr>
      <w:r>
        <w:rPr>
          <w:b/>
          <w:sz w:val="22"/>
          <w:u w:val="single"/>
        </w:rPr>
        <w:t>1. Applicant</w:t>
      </w:r>
    </w:p>
    <w:p w14:paraId="69002CEC" w14:textId="77777777" w:rsidR="00256248" w:rsidRDefault="00A61B73">
      <w:r>
        <w:rPr>
          <w:b/>
        </w:rPr>
        <w:t>Name:</w:t>
      </w:r>
    </w:p>
    <w:p w14:paraId="46C85118" w14:textId="77777777" w:rsidR="00256248" w:rsidRDefault="00A61B73">
      <w:pPr>
        <w:spacing w:after="80"/>
      </w:pPr>
      <w:r>
        <w:t>________________________________________________________________________________</w:t>
      </w:r>
    </w:p>
    <w:p w14:paraId="0DDBED20" w14:textId="77777777" w:rsidR="00256248" w:rsidRDefault="00A61B73">
      <w:r>
        <w:rPr>
          <w:b/>
        </w:rPr>
        <w:t>Country of Citizenship:</w:t>
      </w:r>
    </w:p>
    <w:p w14:paraId="49248B36" w14:textId="77777777" w:rsidR="00256248" w:rsidRDefault="00A61B73">
      <w:pPr>
        <w:spacing w:after="80"/>
      </w:pPr>
      <w:r>
        <w:t>________________________________________________________________________________</w:t>
      </w:r>
    </w:p>
    <w:p w14:paraId="19FD855D" w14:textId="77777777" w:rsidR="00256248" w:rsidRDefault="00A61B73">
      <w:r>
        <w:rPr>
          <w:b/>
        </w:rPr>
        <w:t>Country of Residence:</w:t>
      </w:r>
    </w:p>
    <w:p w14:paraId="2DF20618" w14:textId="77777777" w:rsidR="00256248" w:rsidRDefault="00A61B73">
      <w:pPr>
        <w:spacing w:after="80"/>
      </w:pPr>
      <w:r>
        <w:t>________________________________________________________________________________</w:t>
      </w:r>
    </w:p>
    <w:p w14:paraId="38E0A13C" w14:textId="77777777" w:rsidR="00256248" w:rsidRDefault="00A61B73">
      <w:r>
        <w:rPr>
          <w:b/>
        </w:rPr>
        <w:t>Present Institution:</w:t>
      </w:r>
    </w:p>
    <w:p w14:paraId="1C963E76" w14:textId="77777777" w:rsidR="00256248" w:rsidRDefault="00A61B73">
      <w:pPr>
        <w:spacing w:after="80"/>
      </w:pPr>
      <w:r>
        <w:t>________________________________________________________________________________</w:t>
      </w:r>
    </w:p>
    <w:p w14:paraId="4AE6E92B" w14:textId="77777777" w:rsidR="00256248" w:rsidRDefault="00A61B73">
      <w:r>
        <w:rPr>
          <w:b/>
        </w:rPr>
        <w:t>Present Position:</w:t>
      </w:r>
    </w:p>
    <w:p w14:paraId="178BE839" w14:textId="77777777" w:rsidR="00256248" w:rsidRDefault="00A61B73">
      <w:pPr>
        <w:spacing w:after="80"/>
      </w:pPr>
      <w:r>
        <w:t>________________________________________________________________________________</w:t>
      </w:r>
    </w:p>
    <w:p w14:paraId="6D587EC3" w14:textId="77777777" w:rsidR="00256248" w:rsidRDefault="00A61B73">
      <w:r>
        <w:rPr>
          <w:b/>
        </w:rPr>
        <w:t>Address:</w:t>
      </w:r>
    </w:p>
    <w:p w14:paraId="7703F78C" w14:textId="77777777" w:rsidR="00256248" w:rsidRDefault="00A61B73">
      <w:pPr>
        <w:spacing w:after="80"/>
      </w:pPr>
      <w:r>
        <w:t>________________________________________________________________________________</w:t>
      </w:r>
    </w:p>
    <w:p w14:paraId="6E3CA7AC" w14:textId="77777777" w:rsidR="00256248" w:rsidRDefault="00A61B73">
      <w:r>
        <w:rPr>
          <w:b/>
        </w:rPr>
        <w:t>E-mail address:</w:t>
      </w:r>
    </w:p>
    <w:p w14:paraId="27F96E64" w14:textId="77777777" w:rsidR="00256248" w:rsidRDefault="00A61B73">
      <w:pPr>
        <w:spacing w:after="80"/>
      </w:pPr>
      <w:r>
        <w:t>________________________________________________________________________________</w:t>
      </w:r>
    </w:p>
    <w:p w14:paraId="270CC460" w14:textId="77777777" w:rsidR="00256248" w:rsidRDefault="00A61B73">
      <w:r>
        <w:rPr>
          <w:b/>
        </w:rPr>
        <w:t>ORCID ID:</w:t>
      </w:r>
    </w:p>
    <w:p w14:paraId="2FD66CBE" w14:textId="77777777" w:rsidR="00256248" w:rsidRDefault="00A61B73">
      <w:pPr>
        <w:spacing w:after="80"/>
      </w:pPr>
      <w:r>
        <w:t>________________________________________________________________________________</w:t>
      </w:r>
    </w:p>
    <w:p w14:paraId="50169502" w14:textId="77777777" w:rsidR="00256248" w:rsidRDefault="00A61B73">
      <w:r>
        <w:rPr>
          <w:b/>
        </w:rPr>
        <w:t>Google Scholar link:</w:t>
      </w:r>
    </w:p>
    <w:p w14:paraId="0D5F3B5B" w14:textId="77777777" w:rsidR="00256248" w:rsidRDefault="00A61B73">
      <w:pPr>
        <w:spacing w:after="80"/>
      </w:pPr>
      <w:r>
        <w:t>________________________________________________________________________________</w:t>
      </w:r>
    </w:p>
    <w:p w14:paraId="1974CC6E" w14:textId="77777777" w:rsidR="00256248" w:rsidRDefault="00A61B73">
      <w:r>
        <w:rPr>
          <w:b/>
        </w:rPr>
        <w:t>ESPEN Membership username (Applicant):</w:t>
      </w:r>
    </w:p>
    <w:p w14:paraId="30D35E8B" w14:textId="77777777" w:rsidR="00256248" w:rsidRDefault="00A61B73">
      <w:pPr>
        <w:spacing w:after="80"/>
      </w:pPr>
      <w:r>
        <w:t>________________________________________________________________________________</w:t>
      </w:r>
    </w:p>
    <w:p w14:paraId="37DED862" w14:textId="77777777" w:rsidR="00256248" w:rsidRDefault="00A61B73">
      <w:r>
        <w:rPr>
          <w:b/>
        </w:rPr>
        <w:t>ESPEN member since (year):</w:t>
      </w:r>
    </w:p>
    <w:p w14:paraId="7B1FF1ED" w14:textId="77777777" w:rsidR="00256248" w:rsidRDefault="00A61B73">
      <w:pPr>
        <w:spacing w:after="80"/>
      </w:pPr>
      <w:r>
        <w:t>________________________________________________________________________________</w:t>
      </w:r>
    </w:p>
    <w:p w14:paraId="1391187F" w14:textId="77777777" w:rsidR="00256248" w:rsidRDefault="00A61B73">
      <w:r>
        <w:rPr>
          <w:b/>
        </w:rPr>
        <w:t>Education/Training (begin with most recent, include degrees, dates and institutions):</w:t>
      </w:r>
    </w:p>
    <w:p w14:paraId="3EB69C1D" w14:textId="77777777" w:rsidR="000D1E82" w:rsidRDefault="000D1E82"/>
    <w:p w14:paraId="6D8FBA5C" w14:textId="77777777" w:rsidR="000D1E82" w:rsidRDefault="000D1E82"/>
    <w:p w14:paraId="528281AB" w14:textId="77777777" w:rsidR="000D1E82" w:rsidRDefault="000D1E82"/>
    <w:p w14:paraId="111D72CA" w14:textId="77777777" w:rsidR="000D1E82" w:rsidRDefault="000D1E82"/>
    <w:p w14:paraId="7F767D2F" w14:textId="73B5662B" w:rsidR="00256248" w:rsidRDefault="00A61B73">
      <w:r>
        <w:rPr>
          <w:b/>
        </w:rPr>
        <w:t>Positions/Scientific Appointments (begin with most recent, include dates and institutions):</w:t>
      </w:r>
    </w:p>
    <w:p w14:paraId="16F09771" w14:textId="77777777" w:rsidR="000D1E82" w:rsidRDefault="000D1E82">
      <w:pPr>
        <w:spacing w:before="120"/>
      </w:pPr>
    </w:p>
    <w:p w14:paraId="25B17CF6" w14:textId="77777777" w:rsidR="000D1E82" w:rsidRDefault="000D1E82">
      <w:pPr>
        <w:spacing w:before="120"/>
      </w:pPr>
    </w:p>
    <w:p w14:paraId="7C7A9BE1" w14:textId="77777777" w:rsidR="000D1E82" w:rsidRDefault="000D1E82">
      <w:pPr>
        <w:spacing w:before="120"/>
      </w:pPr>
    </w:p>
    <w:p w14:paraId="4EB8AC4C" w14:textId="77777777" w:rsidR="000D1E82" w:rsidRDefault="000D1E82">
      <w:pPr>
        <w:spacing w:before="120"/>
      </w:pPr>
    </w:p>
    <w:p w14:paraId="19437797" w14:textId="77777777" w:rsidR="000D1E82" w:rsidRDefault="000D1E82">
      <w:pPr>
        <w:spacing w:before="120"/>
        <w:rPr>
          <w:b/>
          <w:sz w:val="22"/>
          <w:u w:val="single"/>
        </w:rPr>
      </w:pPr>
    </w:p>
    <w:p w14:paraId="7844709B" w14:textId="77777777" w:rsidR="000D1E82" w:rsidRDefault="000D1E82">
      <w:pPr>
        <w:spacing w:before="120"/>
        <w:rPr>
          <w:b/>
          <w:sz w:val="22"/>
          <w:u w:val="single"/>
        </w:rPr>
      </w:pPr>
    </w:p>
    <w:p w14:paraId="55D3C120" w14:textId="2BEB2DB0" w:rsidR="00256248" w:rsidRDefault="00A61B73">
      <w:pPr>
        <w:spacing w:before="120"/>
      </w:pPr>
      <w:r>
        <w:rPr>
          <w:b/>
          <w:sz w:val="22"/>
          <w:u w:val="single"/>
        </w:rPr>
        <w:lastRenderedPageBreak/>
        <w:t>2. Scientific Track Record</w:t>
      </w:r>
    </w:p>
    <w:p w14:paraId="37A4CCCE" w14:textId="77777777" w:rsidR="00256248" w:rsidRDefault="00A61B73">
      <w:r>
        <w:rPr>
          <w:b/>
        </w:rPr>
        <w:t>Research focus and current research program (250 words max):</w:t>
      </w:r>
    </w:p>
    <w:p w14:paraId="0995B8AE" w14:textId="77777777" w:rsidR="000D1E82" w:rsidRDefault="000D1E82"/>
    <w:p w14:paraId="12B2E458" w14:textId="77777777" w:rsidR="000D1E82" w:rsidRDefault="000D1E82"/>
    <w:p w14:paraId="27E68340" w14:textId="77777777" w:rsidR="000D1E82" w:rsidRDefault="000D1E82"/>
    <w:p w14:paraId="0671EEE0" w14:textId="77777777" w:rsidR="000D1E82" w:rsidRDefault="000D1E82"/>
    <w:p w14:paraId="3D23FD7E" w14:textId="77777777" w:rsidR="00256248" w:rsidRDefault="00A61B73">
      <w:pPr>
        <w:rPr>
          <w:b/>
        </w:rPr>
      </w:pPr>
      <w:r>
        <w:rPr>
          <w:b/>
        </w:rPr>
        <w:t>Selected peer-reviewed publications within the last 5 years (maximum 10; include DOI):</w:t>
      </w:r>
    </w:p>
    <w:p w14:paraId="5C1517FA" w14:textId="77777777" w:rsidR="000D1E82" w:rsidRDefault="000D1E82">
      <w:pPr>
        <w:rPr>
          <w:b/>
        </w:rPr>
      </w:pPr>
    </w:p>
    <w:p w14:paraId="7D4173C5" w14:textId="77777777" w:rsidR="000D1E82" w:rsidRDefault="000D1E82">
      <w:pPr>
        <w:rPr>
          <w:b/>
        </w:rPr>
      </w:pPr>
    </w:p>
    <w:p w14:paraId="3D801786" w14:textId="77777777" w:rsidR="000D1E82" w:rsidRDefault="000D1E82">
      <w:pPr>
        <w:rPr>
          <w:b/>
        </w:rPr>
      </w:pPr>
    </w:p>
    <w:p w14:paraId="5E655490" w14:textId="77777777" w:rsidR="000D1E82" w:rsidRDefault="000D1E82">
      <w:pPr>
        <w:rPr>
          <w:b/>
        </w:rPr>
      </w:pPr>
    </w:p>
    <w:p w14:paraId="2D7B3CD2" w14:textId="77777777" w:rsidR="000D1E82" w:rsidRDefault="000D1E82"/>
    <w:p w14:paraId="73B04794" w14:textId="65B0CB35" w:rsidR="00256248" w:rsidRDefault="00A61B73">
      <w:pPr>
        <w:rPr>
          <w:b/>
        </w:rPr>
      </w:pPr>
      <w:r>
        <w:rPr>
          <w:b/>
        </w:rPr>
        <w:t>Current and recent research funding (include funding agency, project title, role, dates and, where applicable, grant amount):</w:t>
      </w:r>
    </w:p>
    <w:p w14:paraId="02A23275" w14:textId="77777777" w:rsidR="000D1E82" w:rsidRDefault="000D1E82">
      <w:pPr>
        <w:rPr>
          <w:b/>
        </w:rPr>
      </w:pPr>
    </w:p>
    <w:p w14:paraId="11E24C76" w14:textId="77777777" w:rsidR="000D1E82" w:rsidRDefault="000D1E82">
      <w:pPr>
        <w:rPr>
          <w:b/>
        </w:rPr>
      </w:pPr>
    </w:p>
    <w:p w14:paraId="4B33C837" w14:textId="77777777" w:rsidR="000D1E82" w:rsidRDefault="000D1E82">
      <w:pPr>
        <w:rPr>
          <w:b/>
        </w:rPr>
      </w:pPr>
    </w:p>
    <w:p w14:paraId="10E61498" w14:textId="77777777" w:rsidR="000D1E82" w:rsidRDefault="000D1E82"/>
    <w:p w14:paraId="5C90740F" w14:textId="77777777" w:rsidR="00256248" w:rsidRDefault="00A61B73">
      <w:r>
        <w:rPr>
          <w:b/>
        </w:rPr>
        <w:t>National and international scientific activities, leadership and recognition (e.g., invited lectures, collaborations, scientific societies, editorial roles, guideline/consensus activities; 300 words max):</w:t>
      </w:r>
    </w:p>
    <w:p w14:paraId="0D8B303E" w14:textId="4A708EBD" w:rsidR="00256248" w:rsidRDefault="00256248">
      <w:pPr>
        <w:spacing w:after="80"/>
      </w:pPr>
    </w:p>
    <w:p w14:paraId="131A56F1" w14:textId="77777777" w:rsidR="000D1E82" w:rsidRDefault="000D1E82">
      <w:pPr>
        <w:spacing w:after="80"/>
      </w:pPr>
    </w:p>
    <w:p w14:paraId="57B8DD2B" w14:textId="77777777" w:rsidR="000D1E82" w:rsidRDefault="000D1E82">
      <w:pPr>
        <w:spacing w:after="80"/>
      </w:pPr>
    </w:p>
    <w:p w14:paraId="0E856E0A" w14:textId="77777777" w:rsidR="000D1E82" w:rsidRDefault="000D1E82">
      <w:pPr>
        <w:spacing w:after="80"/>
      </w:pPr>
    </w:p>
    <w:p w14:paraId="0779D531" w14:textId="77777777" w:rsidR="000D1E82" w:rsidRDefault="000D1E82">
      <w:pPr>
        <w:spacing w:after="80"/>
      </w:pPr>
    </w:p>
    <w:p w14:paraId="2FC669E1" w14:textId="77777777" w:rsidR="00256248" w:rsidRDefault="00A61B73">
      <w:r>
        <w:rPr>
          <w:b/>
        </w:rPr>
        <w:t>Previous involvement with ESPEN (250 words max):</w:t>
      </w:r>
    </w:p>
    <w:p w14:paraId="24F687F8" w14:textId="77777777" w:rsidR="000D1E82" w:rsidRDefault="000D1E82">
      <w:pPr>
        <w:spacing w:before="120"/>
      </w:pPr>
    </w:p>
    <w:p w14:paraId="27314DB5" w14:textId="77777777" w:rsidR="000D1E82" w:rsidRDefault="000D1E82">
      <w:pPr>
        <w:spacing w:before="120"/>
      </w:pPr>
    </w:p>
    <w:p w14:paraId="03E8DD05" w14:textId="77777777" w:rsidR="000D1E82" w:rsidRDefault="000D1E82">
      <w:pPr>
        <w:spacing w:before="120"/>
      </w:pPr>
    </w:p>
    <w:p w14:paraId="4C3F6F9C" w14:textId="77777777" w:rsidR="000D1E82" w:rsidRDefault="000D1E82">
      <w:pPr>
        <w:spacing w:before="120"/>
      </w:pPr>
    </w:p>
    <w:p w14:paraId="441E7DC0" w14:textId="1773B04E" w:rsidR="00256248" w:rsidRDefault="00A61B73">
      <w:pPr>
        <w:spacing w:before="120"/>
      </w:pPr>
      <w:r>
        <w:rPr>
          <w:b/>
          <w:sz w:val="22"/>
          <w:u w:val="single"/>
        </w:rPr>
        <w:t>3. Application Motivation</w:t>
      </w:r>
    </w:p>
    <w:p w14:paraId="60CB0CA2" w14:textId="77777777" w:rsidR="00256248" w:rsidRDefault="00A61B73">
      <w:r>
        <w:rPr>
          <w:b/>
        </w:rPr>
        <w:t>Summarize your motivation for joining the ESPEN Scientific Committee and the contribution you would make to its activities (250 words max):</w:t>
      </w:r>
    </w:p>
    <w:p w14:paraId="5CA9609F" w14:textId="77777777" w:rsidR="000D1E82" w:rsidRDefault="000D1E82">
      <w:pPr>
        <w:spacing w:before="120"/>
      </w:pPr>
    </w:p>
    <w:p w14:paraId="57D88968" w14:textId="77777777" w:rsidR="000D1E82" w:rsidRDefault="000D1E82">
      <w:pPr>
        <w:spacing w:before="120"/>
      </w:pPr>
    </w:p>
    <w:p w14:paraId="3C3DB0DD" w14:textId="77777777" w:rsidR="000D1E82" w:rsidRDefault="000D1E82">
      <w:pPr>
        <w:spacing w:before="120"/>
      </w:pPr>
    </w:p>
    <w:p w14:paraId="7287013A" w14:textId="77777777" w:rsidR="000D1E82" w:rsidRDefault="000D1E82">
      <w:pPr>
        <w:spacing w:before="120"/>
      </w:pPr>
    </w:p>
    <w:p w14:paraId="02151882" w14:textId="77777777" w:rsidR="000D1E82" w:rsidRDefault="000D1E82">
      <w:pPr>
        <w:spacing w:before="120"/>
      </w:pPr>
    </w:p>
    <w:p w14:paraId="420CF4A4" w14:textId="4047159E" w:rsidR="00256248" w:rsidRDefault="00A61B73">
      <w:pPr>
        <w:spacing w:before="120"/>
      </w:pPr>
      <w:r>
        <w:rPr>
          <w:b/>
          <w:sz w:val="22"/>
          <w:u w:val="single"/>
        </w:rPr>
        <w:lastRenderedPageBreak/>
        <w:t>4. Signatures</w:t>
      </w:r>
    </w:p>
    <w:p w14:paraId="06120C7A" w14:textId="77777777" w:rsidR="00256248" w:rsidRDefault="00A61B73">
      <w:r>
        <w:t>ESPEN Council Member</w:t>
      </w:r>
      <w:r>
        <w:br/>
        <w:t>I hereby confirm that this application is supported by the local PEN society.</w:t>
      </w:r>
    </w:p>
    <w:p w14:paraId="7D755013" w14:textId="77777777" w:rsidR="00256248" w:rsidRDefault="00A61B73">
      <w:r>
        <w:rPr>
          <w:b/>
        </w:rPr>
        <w:t>Name PEN Society:</w:t>
      </w:r>
    </w:p>
    <w:p w14:paraId="188DEC1B" w14:textId="77777777" w:rsidR="00256248" w:rsidRDefault="00A61B73">
      <w:pPr>
        <w:spacing w:after="80"/>
      </w:pPr>
      <w:r>
        <w:t>________________________________________________________________________________</w:t>
      </w:r>
    </w:p>
    <w:p w14:paraId="17A77D63" w14:textId="77777777" w:rsidR="00256248" w:rsidRDefault="00A61B73">
      <w:r>
        <w:rPr>
          <w:b/>
        </w:rPr>
        <w:t>Name PEN Chairperson:</w:t>
      </w:r>
    </w:p>
    <w:p w14:paraId="0F81ED93" w14:textId="77777777" w:rsidR="00256248" w:rsidRDefault="00A61B73">
      <w:pPr>
        <w:spacing w:after="80"/>
      </w:pPr>
      <w:r>
        <w:t>________________________________________________________________________________</w:t>
      </w:r>
    </w:p>
    <w:p w14:paraId="0683D322" w14:textId="77777777" w:rsidR="00256248" w:rsidRDefault="00A61B73">
      <w:r>
        <w:rPr>
          <w:b/>
        </w:rPr>
        <w:t>Date and Signature:</w:t>
      </w:r>
    </w:p>
    <w:p w14:paraId="0A4771B5" w14:textId="77777777" w:rsidR="00256248" w:rsidRDefault="00A61B73">
      <w:pPr>
        <w:spacing w:after="80"/>
      </w:pPr>
      <w:r>
        <w:t>________________________________________________________________________________</w:t>
      </w:r>
    </w:p>
    <w:p w14:paraId="71E1E2A0" w14:textId="27680EF6" w:rsidR="00256248" w:rsidRDefault="00A61B73">
      <w:r>
        <w:t>Scientific Committee Applicant</w:t>
      </w:r>
      <w:r>
        <w:br/>
        <w:t xml:space="preserve">I confirm my understanding of the Scientific Committee position's </w:t>
      </w:r>
      <w:r w:rsidR="000D1E82">
        <w:t>role</w:t>
      </w:r>
      <w:r>
        <w:t xml:space="preserve"> and expectations as specified in this application form.</w:t>
      </w:r>
    </w:p>
    <w:p w14:paraId="01C004F9" w14:textId="77777777" w:rsidR="00256248" w:rsidRDefault="00A61B73">
      <w:r>
        <w:rPr>
          <w:b/>
        </w:rPr>
        <w:t>Name:</w:t>
      </w:r>
    </w:p>
    <w:p w14:paraId="3E8B66B3" w14:textId="77777777" w:rsidR="00256248" w:rsidRDefault="00A61B73">
      <w:pPr>
        <w:spacing w:after="80"/>
      </w:pPr>
      <w:r>
        <w:t>________________________________________________________________________________</w:t>
      </w:r>
    </w:p>
    <w:p w14:paraId="04EFBB3F" w14:textId="77777777" w:rsidR="00256248" w:rsidRDefault="00A61B73">
      <w:r>
        <w:rPr>
          <w:b/>
        </w:rPr>
        <w:t>Date and Signature:</w:t>
      </w:r>
    </w:p>
    <w:p w14:paraId="7BEF1EAC" w14:textId="0F889C43" w:rsidR="00256248" w:rsidRDefault="00256248">
      <w:pPr>
        <w:spacing w:after="80"/>
      </w:pPr>
    </w:p>
    <w:sectPr w:rsidR="00256248"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1041831">
    <w:abstractNumId w:val="8"/>
  </w:num>
  <w:num w:numId="2" w16cid:durableId="1643382464">
    <w:abstractNumId w:val="6"/>
  </w:num>
  <w:num w:numId="3" w16cid:durableId="1793404584">
    <w:abstractNumId w:val="5"/>
  </w:num>
  <w:num w:numId="4" w16cid:durableId="946355791">
    <w:abstractNumId w:val="4"/>
  </w:num>
  <w:num w:numId="5" w16cid:durableId="1438022306">
    <w:abstractNumId w:val="7"/>
  </w:num>
  <w:num w:numId="6" w16cid:durableId="60056981">
    <w:abstractNumId w:val="3"/>
  </w:num>
  <w:num w:numId="7" w16cid:durableId="544609876">
    <w:abstractNumId w:val="2"/>
  </w:num>
  <w:num w:numId="8" w16cid:durableId="2076508592">
    <w:abstractNumId w:val="1"/>
  </w:num>
  <w:num w:numId="9" w16cid:durableId="16656681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1E82"/>
    <w:rsid w:val="0015074B"/>
    <w:rsid w:val="00170D25"/>
    <w:rsid w:val="001D0976"/>
    <w:rsid w:val="00256248"/>
    <w:rsid w:val="0029639D"/>
    <w:rsid w:val="00326F90"/>
    <w:rsid w:val="006865C4"/>
    <w:rsid w:val="00836589"/>
    <w:rsid w:val="00836BE4"/>
    <w:rsid w:val="00A328EB"/>
    <w:rsid w:val="00A61B73"/>
    <w:rsid w:val="00AA1D8D"/>
    <w:rsid w:val="00AD52D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F1B589"/>
  <w14:defaultImageDpi w14:val="300"/>
  <w15:docId w15:val="{8382C220-33D6-164B-9455-A23A92754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Serlie, Mireille</cp:lastModifiedBy>
  <cp:revision>6</cp:revision>
  <dcterms:created xsi:type="dcterms:W3CDTF">2026-10-05T18:37:00Z</dcterms:created>
  <dcterms:modified xsi:type="dcterms:W3CDTF">2026-10-08T13:54:00Z</dcterms:modified>
  <cp:category/>
</cp:coreProperties>
</file>